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5EF832" w14:textId="75F21A86" w:rsidR="00B94AA6" w:rsidRPr="00B94AA6" w:rsidRDefault="004172AD" w:rsidP="00EB3B8A">
      <w:pPr>
        <w:pStyle w:val="Overskrift1"/>
        <w:jc w:val="both"/>
        <w:rPr>
          <w:rFonts w:ascii="Times New Roman" w:hAnsi="Times New Roman" w:cs="Times New Roman"/>
          <w:sz w:val="24"/>
          <w:szCs w:val="24"/>
          <w:lang w:val="da-DK"/>
        </w:rPr>
      </w:pPr>
      <w:r>
        <w:rPr>
          <w:rFonts w:ascii="Times New Roman" w:hAnsi="Times New Roman" w:cs="Times New Roman"/>
          <w:sz w:val="24"/>
          <w:szCs w:val="24"/>
          <w:lang w:val="da-DK"/>
        </w:rPr>
        <w:t>Arbejdsark til</w:t>
      </w:r>
      <w:r w:rsidR="00B94AA6" w:rsidRPr="00B94AA6">
        <w:rPr>
          <w:rFonts w:ascii="Times New Roman" w:hAnsi="Times New Roman" w:cs="Times New Roman"/>
          <w:sz w:val="24"/>
          <w:szCs w:val="24"/>
          <w:lang w:val="da-DK"/>
        </w:rPr>
        <w:t xml:space="preserve">: Fra Salonen til gaden: </w:t>
      </w:r>
      <w:r>
        <w:rPr>
          <w:rFonts w:ascii="Times New Roman" w:hAnsi="Times New Roman" w:cs="Times New Roman"/>
          <w:sz w:val="24"/>
          <w:szCs w:val="24"/>
          <w:lang w:val="da-DK"/>
        </w:rPr>
        <w:t>kvinders handlerum under Den Franske Revolution</w:t>
      </w:r>
    </w:p>
    <w:p w14:paraId="62D987D7" w14:textId="70EE13F9" w:rsidR="00B94AA6" w:rsidRDefault="00497BB7" w:rsidP="00EB3B8A">
      <w:pPr>
        <w:jc w:val="both"/>
        <w:rPr>
          <w:rFonts w:ascii="Times New Roman" w:hAnsi="Times New Roman" w:cs="Times New Roman"/>
          <w:sz w:val="24"/>
          <w:szCs w:val="24"/>
          <w:lang w:val="da-DK"/>
        </w:rPr>
      </w:pPr>
      <w:r w:rsidRPr="00B94AA6">
        <w:rPr>
          <w:rFonts w:ascii="Times New Roman" w:hAnsi="Times New Roman" w:cs="Times New Roman"/>
          <w:sz w:val="24"/>
          <w:szCs w:val="24"/>
          <w:lang w:val="da-DK"/>
        </w:rPr>
        <w:br/>
      </w:r>
      <w:r w:rsidRPr="00B94AA6">
        <w:rPr>
          <w:rFonts w:ascii="Times New Roman" w:hAnsi="Times New Roman" w:cs="Times New Roman"/>
          <w:sz w:val="24"/>
          <w:szCs w:val="24"/>
          <w:lang w:val="da-DK"/>
        </w:rPr>
        <w:br/>
      </w:r>
      <w:r w:rsidR="00B94AA6">
        <w:rPr>
          <w:rFonts w:ascii="Times New Roman" w:hAnsi="Times New Roman" w:cs="Times New Roman"/>
          <w:sz w:val="24"/>
          <w:szCs w:val="24"/>
          <w:lang w:val="da-DK"/>
        </w:rPr>
        <w:t xml:space="preserve">1) </w:t>
      </w:r>
      <w:r w:rsidRPr="00B94AA6">
        <w:rPr>
          <w:rFonts w:ascii="Times New Roman" w:hAnsi="Times New Roman" w:cs="Times New Roman"/>
          <w:sz w:val="24"/>
          <w:szCs w:val="24"/>
          <w:lang w:val="da-DK"/>
        </w:rPr>
        <w:t xml:space="preserve"> Før-læsning: </w:t>
      </w:r>
      <w:r w:rsidR="00B94AA6">
        <w:rPr>
          <w:rFonts w:ascii="Times New Roman" w:hAnsi="Times New Roman" w:cs="Times New Roman"/>
          <w:sz w:val="24"/>
          <w:szCs w:val="24"/>
          <w:lang w:val="da-DK"/>
        </w:rPr>
        <w:t>Skriv ned: h</w:t>
      </w:r>
      <w:r w:rsidRPr="00B94AA6">
        <w:rPr>
          <w:rFonts w:ascii="Times New Roman" w:hAnsi="Times New Roman" w:cs="Times New Roman"/>
          <w:sz w:val="24"/>
          <w:szCs w:val="24"/>
          <w:lang w:val="da-DK"/>
        </w:rPr>
        <w:t>vad ved du om Revolutionen og køn?</w:t>
      </w:r>
    </w:p>
    <w:p w14:paraId="00E225C8" w14:textId="77777777" w:rsidR="00B94AA6" w:rsidRDefault="00497BB7" w:rsidP="00EB3B8A">
      <w:pPr>
        <w:pStyle w:val="Listeafsnit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  <w:lang w:val="da-DK"/>
        </w:rPr>
      </w:pPr>
      <w:r w:rsidRPr="00B94AA6">
        <w:rPr>
          <w:rFonts w:ascii="Times New Roman" w:hAnsi="Times New Roman" w:cs="Times New Roman"/>
          <w:sz w:val="24"/>
          <w:szCs w:val="24"/>
          <w:lang w:val="da-DK"/>
        </w:rPr>
        <w:t>Hvad forbinder du med Den Franske Revolution?</w:t>
      </w:r>
    </w:p>
    <w:p w14:paraId="410183D8" w14:textId="77777777" w:rsidR="00B94AA6" w:rsidRDefault="00497BB7" w:rsidP="00EB3B8A">
      <w:pPr>
        <w:pStyle w:val="Listeafsnit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  <w:lang w:val="da-DK"/>
        </w:rPr>
      </w:pPr>
      <w:r w:rsidRPr="00B94AA6">
        <w:rPr>
          <w:rFonts w:ascii="Times New Roman" w:hAnsi="Times New Roman" w:cs="Times New Roman"/>
          <w:sz w:val="24"/>
          <w:szCs w:val="24"/>
          <w:lang w:val="da-DK"/>
        </w:rPr>
        <w:t>Hvad tror du, kvinders rolle var?</w:t>
      </w:r>
    </w:p>
    <w:p w14:paraId="777CB15F" w14:textId="77777777" w:rsidR="00B94AA6" w:rsidRDefault="00497BB7" w:rsidP="00EB3B8A">
      <w:pPr>
        <w:pStyle w:val="Listeafsnit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  <w:lang w:val="da-DK"/>
        </w:rPr>
      </w:pPr>
      <w:r w:rsidRPr="00B94AA6">
        <w:rPr>
          <w:rFonts w:ascii="Times New Roman" w:hAnsi="Times New Roman" w:cs="Times New Roman"/>
          <w:sz w:val="24"/>
          <w:szCs w:val="24"/>
          <w:lang w:val="da-DK"/>
        </w:rPr>
        <w:t>Hvilke “rum” (steder i samfundet) har du set kvinder og mænd i historien?</w:t>
      </w:r>
    </w:p>
    <w:p w14:paraId="6CDF793D" w14:textId="2947F134" w:rsidR="0025694D" w:rsidRDefault="00B94AA6" w:rsidP="00EB3B8A">
      <w:pPr>
        <w:ind w:left="284" w:hanging="284"/>
        <w:jc w:val="both"/>
        <w:rPr>
          <w:rFonts w:ascii="Times New Roman" w:hAnsi="Times New Roman" w:cs="Times New Roman"/>
          <w:sz w:val="24"/>
          <w:szCs w:val="24"/>
          <w:lang w:val="da-DK"/>
        </w:rPr>
      </w:pPr>
      <w:r>
        <w:rPr>
          <w:rFonts w:ascii="Times New Roman" w:hAnsi="Times New Roman" w:cs="Times New Roman"/>
          <w:sz w:val="24"/>
          <w:szCs w:val="24"/>
          <w:lang w:val="da-DK"/>
        </w:rPr>
        <w:t xml:space="preserve">2) </w:t>
      </w:r>
      <w:r w:rsidR="0025694D">
        <w:rPr>
          <w:rFonts w:ascii="Times New Roman" w:hAnsi="Times New Roman" w:cs="Times New Roman"/>
          <w:sz w:val="24"/>
          <w:szCs w:val="24"/>
          <w:lang w:val="da-DK"/>
        </w:rPr>
        <w:t xml:space="preserve">Læs hele dokumentet igennem og vælg 2 af kvinderne, der appellerer mest til dig. </w:t>
      </w:r>
      <w:r>
        <w:rPr>
          <w:rFonts w:ascii="Times New Roman" w:hAnsi="Times New Roman" w:cs="Times New Roman"/>
          <w:sz w:val="24"/>
          <w:szCs w:val="24"/>
          <w:lang w:val="da-DK"/>
        </w:rPr>
        <w:t>Mens du læser</w:t>
      </w:r>
      <w:r w:rsidR="0025694D">
        <w:rPr>
          <w:rFonts w:ascii="Times New Roman" w:hAnsi="Times New Roman" w:cs="Times New Roman"/>
          <w:sz w:val="24"/>
          <w:szCs w:val="24"/>
          <w:lang w:val="da-DK"/>
        </w:rPr>
        <w:t>, kan du notere for</w:t>
      </w:r>
      <w:r w:rsidR="006960AC">
        <w:rPr>
          <w:rFonts w:ascii="Times New Roman" w:hAnsi="Times New Roman" w:cs="Times New Roman"/>
          <w:sz w:val="24"/>
          <w:szCs w:val="24"/>
          <w:lang w:val="da-DK"/>
        </w:rPr>
        <w:t xml:space="preserve"> hver enkelt kvinde</w:t>
      </w:r>
      <w:r w:rsidR="0025694D">
        <w:rPr>
          <w:rFonts w:ascii="Times New Roman" w:hAnsi="Times New Roman" w:cs="Times New Roman"/>
          <w:sz w:val="24"/>
          <w:szCs w:val="24"/>
          <w:lang w:val="da-DK"/>
        </w:rPr>
        <w:t>:</w:t>
      </w:r>
    </w:p>
    <w:p w14:paraId="3055FD52" w14:textId="749C4394" w:rsidR="006960AC" w:rsidRDefault="006960AC" w:rsidP="00EB3B8A">
      <w:pPr>
        <w:pStyle w:val="Listeafsnit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  <w:lang w:val="da-DK"/>
        </w:rPr>
      </w:pPr>
      <w:r>
        <w:rPr>
          <w:rFonts w:ascii="Times New Roman" w:hAnsi="Times New Roman" w:cs="Times New Roman"/>
          <w:sz w:val="24"/>
          <w:szCs w:val="24"/>
          <w:lang w:val="da-DK"/>
        </w:rPr>
        <w:t>Hvem var hun</w:t>
      </w:r>
      <w:r w:rsidR="0025694D">
        <w:rPr>
          <w:rFonts w:ascii="Times New Roman" w:hAnsi="Times New Roman" w:cs="Times New Roman"/>
          <w:sz w:val="24"/>
          <w:szCs w:val="24"/>
          <w:lang w:val="da-DK"/>
        </w:rPr>
        <w:t>?</w:t>
      </w:r>
      <w:r>
        <w:rPr>
          <w:rFonts w:ascii="Times New Roman" w:hAnsi="Times New Roman" w:cs="Times New Roman"/>
          <w:sz w:val="24"/>
          <w:szCs w:val="24"/>
          <w:lang w:val="da-DK"/>
        </w:rPr>
        <w:t xml:space="preserve"> </w:t>
      </w:r>
      <w:r w:rsidR="0025694D">
        <w:rPr>
          <w:rFonts w:ascii="Times New Roman" w:hAnsi="Times New Roman" w:cs="Times New Roman"/>
          <w:sz w:val="24"/>
          <w:szCs w:val="24"/>
          <w:lang w:val="da-DK"/>
        </w:rPr>
        <w:t xml:space="preserve">hvilke rum bevægede hun sig i? </w:t>
      </w:r>
      <w:r>
        <w:rPr>
          <w:rFonts w:ascii="Times New Roman" w:hAnsi="Times New Roman" w:cs="Times New Roman"/>
          <w:sz w:val="24"/>
          <w:szCs w:val="24"/>
          <w:lang w:val="da-DK"/>
        </w:rPr>
        <w:t>hvad ønskede hun</w:t>
      </w:r>
      <w:r w:rsidR="0025694D">
        <w:rPr>
          <w:rFonts w:ascii="Times New Roman" w:hAnsi="Times New Roman" w:cs="Times New Roman"/>
          <w:sz w:val="24"/>
          <w:szCs w:val="24"/>
          <w:lang w:val="da-DK"/>
        </w:rPr>
        <w:t>?</w:t>
      </w:r>
      <w:r>
        <w:rPr>
          <w:rFonts w:ascii="Times New Roman" w:hAnsi="Times New Roman" w:cs="Times New Roman"/>
          <w:sz w:val="24"/>
          <w:szCs w:val="24"/>
          <w:lang w:val="da-DK"/>
        </w:rPr>
        <w:t xml:space="preserve"> hvilke handlinger gjorde hende vigtig</w:t>
      </w:r>
      <w:r w:rsidR="0025694D">
        <w:rPr>
          <w:rFonts w:ascii="Times New Roman" w:hAnsi="Times New Roman" w:cs="Times New Roman"/>
          <w:sz w:val="24"/>
          <w:szCs w:val="24"/>
          <w:lang w:val="da-DK"/>
        </w:rPr>
        <w:t>?</w:t>
      </w:r>
      <w:r>
        <w:rPr>
          <w:rFonts w:ascii="Times New Roman" w:hAnsi="Times New Roman" w:cs="Times New Roman"/>
          <w:sz w:val="24"/>
          <w:szCs w:val="24"/>
          <w:lang w:val="da-DK"/>
        </w:rPr>
        <w:t xml:space="preserve"> hvilke begrænsninger mødte hun</w:t>
      </w:r>
      <w:r w:rsidR="0025694D">
        <w:rPr>
          <w:rFonts w:ascii="Times New Roman" w:hAnsi="Times New Roman" w:cs="Times New Roman"/>
          <w:sz w:val="24"/>
          <w:szCs w:val="24"/>
          <w:lang w:val="da-DK"/>
        </w:rPr>
        <w:t xml:space="preserve"> (tænk her i køn, klasse, politik)?</w:t>
      </w:r>
      <w:r>
        <w:rPr>
          <w:rFonts w:ascii="Times New Roman" w:hAnsi="Times New Roman" w:cs="Times New Roman"/>
          <w:sz w:val="24"/>
          <w:szCs w:val="24"/>
          <w:lang w:val="da-DK"/>
        </w:rPr>
        <w:t xml:space="preserve"> </w:t>
      </w:r>
    </w:p>
    <w:p w14:paraId="45D74CEB" w14:textId="4A28A449" w:rsidR="0025694D" w:rsidRPr="0025694D" w:rsidRDefault="0025694D" w:rsidP="00EB3B8A">
      <w:pPr>
        <w:ind w:left="284" w:hanging="283"/>
        <w:jc w:val="both"/>
        <w:rPr>
          <w:rFonts w:ascii="Times New Roman" w:hAnsi="Times New Roman" w:cs="Times New Roman"/>
          <w:sz w:val="24"/>
          <w:szCs w:val="24"/>
          <w:lang w:val="da-DK"/>
        </w:rPr>
      </w:pPr>
      <w:r>
        <w:rPr>
          <w:rFonts w:ascii="Times New Roman" w:hAnsi="Times New Roman" w:cs="Times New Roman"/>
          <w:sz w:val="24"/>
          <w:szCs w:val="24"/>
          <w:lang w:val="da-DK"/>
        </w:rPr>
        <w:t xml:space="preserve">3) Find sammen med de andre, der også har valgt ”din” kvinde (her håber vi I fordeler jer nogenlunde ligeligt </w:t>
      </w:r>
      <w:r w:rsidRPr="0025694D">
        <w:rPr>
          <w:rFonts w:ascii="Segoe UI Emoji" w:eastAsia="Segoe UI Emoji" w:hAnsi="Segoe UI Emoji" w:cs="Segoe UI Emoji"/>
          <w:sz w:val="24"/>
          <w:szCs w:val="24"/>
          <w:lang w:val="da-DK"/>
        </w:rPr>
        <w:t>😊</w:t>
      </w:r>
      <w:r>
        <w:rPr>
          <w:rFonts w:ascii="Segoe UI Emoji" w:eastAsia="Segoe UI Emoji" w:hAnsi="Segoe UI Emoji" w:cs="Segoe UI Emoji"/>
          <w:sz w:val="24"/>
          <w:szCs w:val="24"/>
          <w:lang w:val="da-DK"/>
        </w:rPr>
        <w:t>)</w:t>
      </w:r>
    </w:p>
    <w:p w14:paraId="40D1F5F9" w14:textId="6D11D0DE" w:rsidR="00B40968" w:rsidRDefault="00B40968" w:rsidP="00EB3B8A">
      <w:pPr>
        <w:pStyle w:val="Listeafsnit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  <w:lang w:val="da-DK"/>
        </w:rPr>
      </w:pPr>
      <w:r>
        <w:rPr>
          <w:rFonts w:ascii="Times New Roman" w:hAnsi="Times New Roman" w:cs="Times New Roman"/>
          <w:sz w:val="24"/>
          <w:szCs w:val="24"/>
          <w:lang w:val="da-DK"/>
        </w:rPr>
        <w:t>Fortæl først de andre, hvorfor netop ”din” kvinde appellerede til dig ift. de</w:t>
      </w:r>
      <w:r w:rsidR="00CD26A0">
        <w:rPr>
          <w:rFonts w:ascii="Times New Roman" w:hAnsi="Times New Roman" w:cs="Times New Roman"/>
          <w:sz w:val="24"/>
          <w:szCs w:val="24"/>
          <w:lang w:val="da-DK"/>
        </w:rPr>
        <w:t xml:space="preserve"> 5</w:t>
      </w:r>
      <w:r>
        <w:rPr>
          <w:rFonts w:ascii="Times New Roman" w:hAnsi="Times New Roman" w:cs="Times New Roman"/>
          <w:sz w:val="24"/>
          <w:szCs w:val="24"/>
          <w:lang w:val="da-DK"/>
        </w:rPr>
        <w:t xml:space="preserve"> andre</w:t>
      </w:r>
      <w:r w:rsidR="00CD26A0">
        <w:rPr>
          <w:rFonts w:ascii="Times New Roman" w:hAnsi="Times New Roman" w:cs="Times New Roman"/>
          <w:sz w:val="24"/>
          <w:szCs w:val="24"/>
          <w:lang w:val="da-DK"/>
        </w:rPr>
        <w:t xml:space="preserve"> kvinder, du også kunne have valgt</w:t>
      </w:r>
      <w:r>
        <w:rPr>
          <w:rFonts w:ascii="Times New Roman" w:hAnsi="Times New Roman" w:cs="Times New Roman"/>
          <w:sz w:val="24"/>
          <w:szCs w:val="24"/>
          <w:lang w:val="da-DK"/>
        </w:rPr>
        <w:t>.</w:t>
      </w:r>
    </w:p>
    <w:p w14:paraId="74E0AD3D" w14:textId="244F0516" w:rsidR="006960AC" w:rsidRDefault="006960AC" w:rsidP="00EB3B8A">
      <w:pPr>
        <w:pStyle w:val="Listeafsnit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  <w:lang w:val="da-DK"/>
        </w:rPr>
      </w:pPr>
      <w:r>
        <w:rPr>
          <w:rFonts w:ascii="Times New Roman" w:hAnsi="Times New Roman" w:cs="Times New Roman"/>
          <w:sz w:val="24"/>
          <w:szCs w:val="24"/>
          <w:lang w:val="da-DK"/>
        </w:rPr>
        <w:t xml:space="preserve">Identificer derefter, hvordan </w:t>
      </w:r>
      <w:r w:rsidR="00B40968">
        <w:rPr>
          <w:rFonts w:ascii="Times New Roman" w:hAnsi="Times New Roman" w:cs="Times New Roman"/>
          <w:sz w:val="24"/>
          <w:szCs w:val="24"/>
          <w:lang w:val="da-DK"/>
        </w:rPr>
        <w:t xml:space="preserve">”din” </w:t>
      </w:r>
      <w:r>
        <w:rPr>
          <w:rFonts w:ascii="Times New Roman" w:hAnsi="Times New Roman" w:cs="Times New Roman"/>
          <w:sz w:val="24"/>
          <w:szCs w:val="24"/>
          <w:lang w:val="da-DK"/>
        </w:rPr>
        <w:t>kvinde</w:t>
      </w:r>
      <w:r w:rsidR="00B40968">
        <w:rPr>
          <w:rFonts w:ascii="Times New Roman" w:hAnsi="Times New Roman" w:cs="Times New Roman"/>
          <w:sz w:val="24"/>
          <w:szCs w:val="24"/>
          <w:lang w:val="da-DK"/>
        </w:rPr>
        <w:t>s</w:t>
      </w:r>
      <w:r>
        <w:rPr>
          <w:rFonts w:ascii="Times New Roman" w:hAnsi="Times New Roman" w:cs="Times New Roman"/>
          <w:sz w:val="24"/>
          <w:szCs w:val="24"/>
          <w:lang w:val="da-DK"/>
        </w:rPr>
        <w:t xml:space="preserve"> liv og handlemuligheder kan forstås i forhold til kategorierne:</w:t>
      </w:r>
    </w:p>
    <w:p w14:paraId="1A89A965" w14:textId="67925C02" w:rsidR="006960AC" w:rsidRDefault="006960AC" w:rsidP="00EB3B8A">
      <w:pPr>
        <w:pStyle w:val="Listeafsnit"/>
        <w:jc w:val="both"/>
        <w:rPr>
          <w:rFonts w:ascii="Times New Roman" w:hAnsi="Times New Roman" w:cs="Times New Roman"/>
          <w:sz w:val="24"/>
          <w:szCs w:val="24"/>
          <w:lang w:val="da-DK"/>
        </w:rPr>
      </w:pPr>
      <w:r>
        <w:rPr>
          <w:rFonts w:ascii="Times New Roman" w:hAnsi="Times New Roman" w:cs="Times New Roman"/>
          <w:sz w:val="24"/>
          <w:szCs w:val="24"/>
          <w:lang w:val="da-DK"/>
        </w:rPr>
        <w:t xml:space="preserve"> </w:t>
      </w:r>
    </w:p>
    <w:p w14:paraId="5209CC58" w14:textId="2206347E" w:rsidR="00B94AA6" w:rsidRDefault="006960AC" w:rsidP="00EB3B8A">
      <w:pPr>
        <w:pStyle w:val="Listeafsnit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  <w:lang w:val="da-DK"/>
        </w:rPr>
      </w:pPr>
      <w:r>
        <w:rPr>
          <w:rFonts w:ascii="Times New Roman" w:hAnsi="Times New Roman" w:cs="Times New Roman"/>
          <w:sz w:val="24"/>
          <w:szCs w:val="24"/>
          <w:lang w:val="da-DK"/>
        </w:rPr>
        <w:t>Køn som social konstruktion</w:t>
      </w:r>
    </w:p>
    <w:p w14:paraId="402678EF" w14:textId="5EA84298" w:rsidR="006960AC" w:rsidRDefault="006960AC" w:rsidP="00EB3B8A">
      <w:pPr>
        <w:pStyle w:val="Listeafsnit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  <w:lang w:val="da-DK"/>
        </w:rPr>
      </w:pPr>
      <w:r>
        <w:rPr>
          <w:rFonts w:ascii="Times New Roman" w:hAnsi="Times New Roman" w:cs="Times New Roman"/>
          <w:sz w:val="24"/>
          <w:szCs w:val="24"/>
          <w:lang w:val="da-DK"/>
        </w:rPr>
        <w:t>Offentlig/privat</w:t>
      </w:r>
    </w:p>
    <w:p w14:paraId="0CE13BEA" w14:textId="04E1966D" w:rsidR="006960AC" w:rsidRDefault="006960AC" w:rsidP="00EB3B8A">
      <w:pPr>
        <w:pStyle w:val="Listeafsnit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  <w:lang w:val="da-DK"/>
        </w:rPr>
      </w:pPr>
      <w:r>
        <w:rPr>
          <w:rFonts w:ascii="Times New Roman" w:hAnsi="Times New Roman" w:cs="Times New Roman"/>
          <w:sz w:val="24"/>
          <w:szCs w:val="24"/>
          <w:lang w:val="da-DK"/>
        </w:rPr>
        <w:t>Synlig/usynlig</w:t>
      </w:r>
      <w:r w:rsidR="006055F7">
        <w:rPr>
          <w:rFonts w:ascii="Times New Roman" w:hAnsi="Times New Roman" w:cs="Times New Roman"/>
          <w:sz w:val="24"/>
          <w:szCs w:val="24"/>
          <w:lang w:val="da-DK"/>
        </w:rPr>
        <w:t xml:space="preserve"> (både i samtiden og i historieskrivningen)</w:t>
      </w:r>
    </w:p>
    <w:p w14:paraId="3F578B10" w14:textId="2D128505" w:rsidR="006055F7" w:rsidRDefault="006055F7" w:rsidP="00EB3B8A">
      <w:pPr>
        <w:pStyle w:val="Listeafsnit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  <w:lang w:val="da-DK"/>
        </w:rPr>
      </w:pPr>
      <w:r>
        <w:rPr>
          <w:rFonts w:ascii="Times New Roman" w:hAnsi="Times New Roman" w:cs="Times New Roman"/>
          <w:sz w:val="24"/>
          <w:szCs w:val="24"/>
          <w:lang w:val="da-DK"/>
        </w:rPr>
        <w:t>Intersektionalitet</w:t>
      </w:r>
    </w:p>
    <w:p w14:paraId="7799827E" w14:textId="77777777" w:rsidR="00B42B7C" w:rsidRDefault="00B42B7C" w:rsidP="00EB3B8A">
      <w:pPr>
        <w:pStyle w:val="Listeafsnit"/>
        <w:ind w:left="1440"/>
        <w:jc w:val="both"/>
        <w:rPr>
          <w:rFonts w:ascii="Times New Roman" w:hAnsi="Times New Roman" w:cs="Times New Roman"/>
          <w:sz w:val="24"/>
          <w:szCs w:val="24"/>
          <w:lang w:val="da-DK"/>
        </w:rPr>
      </w:pPr>
    </w:p>
    <w:p w14:paraId="384ECF7B" w14:textId="6D82EE08" w:rsidR="00B42B7C" w:rsidRDefault="00B42B7C" w:rsidP="00EB3B8A">
      <w:pPr>
        <w:pStyle w:val="Listeafsnit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  <w:lang w:val="da-DK"/>
        </w:rPr>
      </w:pPr>
      <w:r>
        <w:rPr>
          <w:rFonts w:ascii="Times New Roman" w:hAnsi="Times New Roman" w:cs="Times New Roman"/>
          <w:sz w:val="24"/>
          <w:szCs w:val="24"/>
          <w:lang w:val="da-DK"/>
        </w:rPr>
        <w:t>Til sidst didaktisk refleksion: ”hvordan kan denne type analyse overføres til folkeskoleelever?</w:t>
      </w:r>
      <w:r w:rsidR="006055F7">
        <w:rPr>
          <w:rFonts w:ascii="Times New Roman" w:hAnsi="Times New Roman" w:cs="Times New Roman"/>
          <w:sz w:val="24"/>
          <w:szCs w:val="24"/>
          <w:lang w:val="da-DK"/>
        </w:rPr>
        <w:t xml:space="preserve"> Fx hvordan kan elever lære om magt og magtrelationer uden at det bliver alt for abstrakt?</w:t>
      </w:r>
    </w:p>
    <w:p w14:paraId="4F5366F7" w14:textId="2A566276" w:rsidR="00CD26A0" w:rsidRDefault="00CD26A0" w:rsidP="00EB3B8A">
      <w:pPr>
        <w:pStyle w:val="Listeafsnit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  <w:lang w:val="da-DK"/>
        </w:rPr>
      </w:pPr>
      <w:r>
        <w:rPr>
          <w:rFonts w:ascii="Times New Roman" w:hAnsi="Times New Roman" w:cs="Times New Roman"/>
          <w:sz w:val="24"/>
          <w:szCs w:val="24"/>
          <w:lang w:val="da-DK"/>
        </w:rPr>
        <w:t>Lav i hånden på et A3-ark en opsamlende oversigt over</w:t>
      </w:r>
      <w:r w:rsidR="008B4ED5">
        <w:rPr>
          <w:rFonts w:ascii="Times New Roman" w:hAnsi="Times New Roman" w:cs="Times New Roman"/>
          <w:sz w:val="24"/>
          <w:szCs w:val="24"/>
          <w:lang w:val="da-DK"/>
        </w:rPr>
        <w:t xml:space="preserve"> og KORT præsentation af</w:t>
      </w:r>
      <w:r>
        <w:rPr>
          <w:rFonts w:ascii="Times New Roman" w:hAnsi="Times New Roman" w:cs="Times New Roman"/>
          <w:sz w:val="24"/>
          <w:szCs w:val="24"/>
          <w:lang w:val="da-DK"/>
        </w:rPr>
        <w:t xml:space="preserve"> jeres samtaler og hæng op</w:t>
      </w:r>
    </w:p>
    <w:p w14:paraId="461AA52D" w14:textId="50DC03A0" w:rsidR="00CD26A0" w:rsidRPr="00CD26A0" w:rsidRDefault="00CD26A0" w:rsidP="00EB3B8A">
      <w:pPr>
        <w:pStyle w:val="Listeafsnit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  <w:lang w:val="da-DK"/>
        </w:rPr>
      </w:pPr>
      <w:r>
        <w:rPr>
          <w:rFonts w:ascii="Times New Roman" w:hAnsi="Times New Roman" w:cs="Times New Roman"/>
          <w:sz w:val="24"/>
          <w:szCs w:val="24"/>
          <w:lang w:val="da-DK"/>
        </w:rPr>
        <w:t xml:space="preserve">Matrixbesøg hvor vi præsenterer for hinanden (forhåbentligt går det nogenlunde op </w:t>
      </w:r>
      <w:r w:rsidRPr="00CD26A0">
        <w:rPr>
          <w:rFonts w:ascii="Segoe UI Emoji" w:eastAsia="Segoe UI Emoji" w:hAnsi="Segoe UI Emoji" w:cs="Segoe UI Emoji"/>
          <w:sz w:val="24"/>
          <w:szCs w:val="24"/>
          <w:lang w:val="da-DK"/>
        </w:rPr>
        <w:t>😊</w:t>
      </w:r>
      <w:r>
        <w:rPr>
          <w:rFonts w:ascii="Segoe UI Emoji" w:eastAsia="Segoe UI Emoji" w:hAnsi="Segoe UI Emoji" w:cs="Segoe UI Emoji"/>
          <w:sz w:val="24"/>
          <w:szCs w:val="24"/>
          <w:lang w:val="da-DK"/>
        </w:rPr>
        <w:t xml:space="preserve">) </w:t>
      </w:r>
    </w:p>
    <w:p w14:paraId="15FC815D" w14:textId="470B2F27" w:rsidR="00CD26A0" w:rsidRPr="00B42B7C" w:rsidRDefault="008B4ED5" w:rsidP="00EB3B8A">
      <w:pPr>
        <w:pStyle w:val="Listeafsnit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  <w:lang w:val="da-DK"/>
        </w:rPr>
      </w:pPr>
      <w:r>
        <w:rPr>
          <w:rFonts w:ascii="Times New Roman" w:hAnsi="Times New Roman" w:cs="Times New Roman"/>
          <w:sz w:val="24"/>
          <w:szCs w:val="24"/>
          <w:lang w:val="da-DK"/>
        </w:rPr>
        <w:t xml:space="preserve">Find tilbage til din oprindelige gruppe og fortæl om 3 ting I lærte af at besøge de andres opslag og 1 undringsspørgsmål, I gerne ville have arbejdet videre med, hvis vi havde haft tid.  </w:t>
      </w:r>
    </w:p>
    <w:p w14:paraId="3C2599EB" w14:textId="77777777" w:rsidR="006055F7" w:rsidRDefault="006055F7" w:rsidP="00DE40FF">
      <w:pPr>
        <w:rPr>
          <w:rFonts w:ascii="Times New Roman" w:hAnsi="Times New Roman" w:cs="Times New Roman"/>
          <w:sz w:val="24"/>
          <w:szCs w:val="24"/>
          <w:lang w:val="da-DK"/>
        </w:rPr>
      </w:pPr>
      <w:r>
        <w:rPr>
          <w:rFonts w:ascii="Times New Roman" w:hAnsi="Times New Roman" w:cs="Times New Roman"/>
          <w:sz w:val="24"/>
          <w:szCs w:val="24"/>
          <w:lang w:val="da-DK"/>
        </w:rPr>
        <w:lastRenderedPageBreak/>
        <w:t xml:space="preserve">4) </w:t>
      </w:r>
      <w:r w:rsidR="00497BB7" w:rsidRPr="00B94AA6">
        <w:rPr>
          <w:rFonts w:ascii="Times New Roman" w:hAnsi="Times New Roman" w:cs="Times New Roman"/>
          <w:sz w:val="24"/>
          <w:szCs w:val="24"/>
          <w:lang w:val="da-DK"/>
        </w:rPr>
        <w:t>Tidslinje: Hvor åbnede og lukkede dørene sig?</w:t>
      </w:r>
      <w:r w:rsidR="00497BB7" w:rsidRPr="00B94AA6">
        <w:rPr>
          <w:rFonts w:ascii="Times New Roman" w:hAnsi="Times New Roman" w:cs="Times New Roman"/>
          <w:sz w:val="24"/>
          <w:szCs w:val="24"/>
          <w:lang w:val="da-DK"/>
        </w:rPr>
        <w:br/>
      </w:r>
    </w:p>
    <w:p w14:paraId="52A424CF" w14:textId="2F70B7EE" w:rsidR="006055F7" w:rsidRDefault="00497BB7" w:rsidP="00EB3B8A">
      <w:pPr>
        <w:pStyle w:val="Listeafsnit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  <w:lang w:val="da-DK"/>
        </w:rPr>
      </w:pPr>
      <w:r w:rsidRPr="006055F7">
        <w:rPr>
          <w:rFonts w:ascii="Times New Roman" w:hAnsi="Times New Roman" w:cs="Times New Roman"/>
          <w:sz w:val="24"/>
          <w:szCs w:val="24"/>
          <w:lang w:val="da-DK"/>
        </w:rPr>
        <w:t>Lav en mini-tidslinje over kvindens liv under revolutionen med farver for muligheder og begrænsninger</w:t>
      </w:r>
      <w:r w:rsidR="006055F7" w:rsidRPr="006055F7">
        <w:rPr>
          <w:rFonts w:ascii="Times New Roman" w:hAnsi="Times New Roman" w:cs="Times New Roman"/>
          <w:sz w:val="24"/>
          <w:szCs w:val="24"/>
          <w:lang w:val="da-DK"/>
        </w:rPr>
        <w:t xml:space="preserve"> (fx grøn= muligheder, rød = begrænsninger). </w:t>
      </w:r>
      <w:r w:rsidR="00B86814">
        <w:rPr>
          <w:rFonts w:ascii="Times New Roman" w:hAnsi="Times New Roman" w:cs="Times New Roman"/>
          <w:sz w:val="24"/>
          <w:szCs w:val="24"/>
          <w:lang w:val="da-DK"/>
        </w:rPr>
        <w:t>Her skal du også trække på de andre tekster vi har læst og de tidslinjer, vi lavede sidst.</w:t>
      </w:r>
    </w:p>
    <w:p w14:paraId="53A16192" w14:textId="2BA095BA" w:rsidR="00B86814" w:rsidRPr="00497BB7" w:rsidRDefault="006055F7" w:rsidP="00497BB7">
      <w:pPr>
        <w:pStyle w:val="Listeafsnit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  <w:lang w:val="da-DK"/>
        </w:rPr>
      </w:pPr>
      <w:r>
        <w:rPr>
          <w:rFonts w:ascii="Times New Roman" w:hAnsi="Times New Roman" w:cs="Times New Roman"/>
          <w:sz w:val="24"/>
          <w:szCs w:val="24"/>
          <w:lang w:val="da-DK"/>
        </w:rPr>
        <w:t xml:space="preserve">Præsenter din tidslinje for en af den andre grupper og diskuter: er der forskelle på, hvornår muligheder åbner og lukker sig alt efter kvindens sociale status? Eller kan I sige noget </w:t>
      </w:r>
      <w:r w:rsidR="00B86814">
        <w:rPr>
          <w:rFonts w:ascii="Times New Roman" w:hAnsi="Times New Roman" w:cs="Times New Roman"/>
          <w:sz w:val="24"/>
          <w:szCs w:val="24"/>
          <w:lang w:val="da-DK"/>
        </w:rPr>
        <w:t xml:space="preserve">generelt om, hvilke betingelser der henholdsvis åbnede og lukkede kvindernes handlerum?  </w:t>
      </w:r>
    </w:p>
    <w:p w14:paraId="4BA06593" w14:textId="77777777" w:rsidR="00B86814" w:rsidRDefault="00B86814" w:rsidP="00EB3B8A">
      <w:pPr>
        <w:ind w:left="360"/>
        <w:jc w:val="both"/>
        <w:rPr>
          <w:rFonts w:ascii="Times New Roman" w:hAnsi="Times New Roman" w:cs="Times New Roman"/>
          <w:sz w:val="24"/>
          <w:szCs w:val="24"/>
          <w:lang w:val="da-DK"/>
        </w:rPr>
      </w:pPr>
    </w:p>
    <w:p w14:paraId="4A68E90A" w14:textId="178D2491" w:rsidR="00B86814" w:rsidRPr="00B86814" w:rsidRDefault="00B86814" w:rsidP="00EB3B8A">
      <w:pPr>
        <w:jc w:val="both"/>
        <w:rPr>
          <w:rFonts w:ascii="Times New Roman" w:hAnsi="Times New Roman" w:cs="Times New Roman"/>
          <w:sz w:val="24"/>
          <w:szCs w:val="24"/>
          <w:lang w:val="da-DK"/>
        </w:rPr>
      </w:pPr>
      <w:r w:rsidRPr="00B86814">
        <w:rPr>
          <w:rFonts w:ascii="Times New Roman" w:hAnsi="Times New Roman" w:cs="Times New Roman"/>
          <w:sz w:val="24"/>
          <w:szCs w:val="24"/>
          <w:lang w:val="da-DK"/>
        </w:rPr>
        <w:t xml:space="preserve">5) Vælg en af de følgende opgaver: </w:t>
      </w:r>
    </w:p>
    <w:p w14:paraId="49F4A25A" w14:textId="77777777" w:rsidR="00B86814" w:rsidRDefault="00B86814" w:rsidP="00EB3B8A">
      <w:pPr>
        <w:ind w:left="360"/>
        <w:jc w:val="both"/>
        <w:rPr>
          <w:rFonts w:ascii="Times New Roman" w:hAnsi="Times New Roman" w:cs="Times New Roman"/>
          <w:sz w:val="24"/>
          <w:szCs w:val="24"/>
          <w:lang w:val="da-DK"/>
        </w:rPr>
      </w:pPr>
    </w:p>
    <w:p w14:paraId="389B80A9" w14:textId="2DEEE925" w:rsidR="00B86814" w:rsidRPr="00B86814" w:rsidRDefault="00B86814" w:rsidP="00EB3B8A">
      <w:pPr>
        <w:pStyle w:val="Listeafsnit"/>
        <w:numPr>
          <w:ilvl w:val="0"/>
          <w:numId w:val="19"/>
        </w:numPr>
        <w:jc w:val="both"/>
        <w:rPr>
          <w:rFonts w:ascii="Times New Roman" w:hAnsi="Times New Roman" w:cs="Times New Roman"/>
          <w:sz w:val="24"/>
          <w:szCs w:val="24"/>
          <w:lang w:val="da-DK"/>
        </w:rPr>
      </w:pPr>
      <w:r w:rsidRPr="00B86814">
        <w:rPr>
          <w:rFonts w:ascii="Times New Roman" w:hAnsi="Times New Roman" w:cs="Times New Roman"/>
          <w:sz w:val="24"/>
          <w:szCs w:val="24"/>
          <w:lang w:val="da-DK"/>
        </w:rPr>
        <w:t>Mini‐rollespil / “levende historie”: Hvilken kvinde er du?</w:t>
      </w:r>
    </w:p>
    <w:p w14:paraId="14F257E5" w14:textId="77777777" w:rsidR="00B86814" w:rsidRPr="00B86814" w:rsidRDefault="00B86814" w:rsidP="00EB3B8A">
      <w:pPr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  <w:lang w:val="da-DK"/>
        </w:rPr>
      </w:pPr>
      <w:r w:rsidRPr="00B86814">
        <w:rPr>
          <w:rFonts w:ascii="Times New Roman" w:hAnsi="Times New Roman" w:cs="Times New Roman"/>
          <w:sz w:val="24"/>
          <w:szCs w:val="24"/>
          <w:lang w:val="da-DK"/>
        </w:rPr>
        <w:t xml:space="preserve">I skal lave en tale hvor I præsenterer jer selv –dvs. ”jeres kvinde” og forsvarer jeres valg og fravalg. Husk at forklare jeres motiver og begrænsninger og husk at forholde jer til revolutionens udvikling. </w:t>
      </w:r>
    </w:p>
    <w:p w14:paraId="7D4C9B5C" w14:textId="77777777" w:rsidR="00B86814" w:rsidRDefault="00B86814" w:rsidP="00EB3B8A">
      <w:pPr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  <w:lang w:val="da-DK"/>
        </w:rPr>
      </w:pPr>
      <w:r w:rsidRPr="00B86814">
        <w:rPr>
          <w:rFonts w:ascii="Times New Roman" w:hAnsi="Times New Roman" w:cs="Times New Roman"/>
          <w:sz w:val="24"/>
          <w:szCs w:val="24"/>
          <w:lang w:val="da-DK"/>
        </w:rPr>
        <w:t xml:space="preserve">Præsenteres som ”hot </w:t>
      </w:r>
      <w:proofErr w:type="spellStart"/>
      <w:r w:rsidRPr="00B86814">
        <w:rPr>
          <w:rFonts w:ascii="Times New Roman" w:hAnsi="Times New Roman" w:cs="Times New Roman"/>
          <w:sz w:val="24"/>
          <w:szCs w:val="24"/>
          <w:lang w:val="da-DK"/>
        </w:rPr>
        <w:t>seat</w:t>
      </w:r>
      <w:proofErr w:type="spellEnd"/>
      <w:r w:rsidRPr="00B86814">
        <w:rPr>
          <w:rFonts w:ascii="Times New Roman" w:hAnsi="Times New Roman" w:cs="Times New Roman"/>
          <w:sz w:val="24"/>
          <w:szCs w:val="24"/>
          <w:lang w:val="da-DK"/>
        </w:rPr>
        <w:t xml:space="preserve">” hvor de andre skal stille spørgsmål </w:t>
      </w:r>
    </w:p>
    <w:p w14:paraId="0316CB78" w14:textId="77777777" w:rsidR="00B86814" w:rsidRDefault="00B86814" w:rsidP="00EB3B8A">
      <w:pPr>
        <w:ind w:left="720"/>
        <w:jc w:val="both"/>
        <w:rPr>
          <w:rFonts w:ascii="Times New Roman" w:hAnsi="Times New Roman" w:cs="Times New Roman"/>
          <w:sz w:val="24"/>
          <w:szCs w:val="24"/>
          <w:lang w:val="da-DK"/>
        </w:rPr>
      </w:pPr>
    </w:p>
    <w:p w14:paraId="7D6A025F" w14:textId="50633FD9" w:rsidR="00B86814" w:rsidRPr="00B86814" w:rsidRDefault="00B86814" w:rsidP="00EB3B8A">
      <w:pPr>
        <w:pStyle w:val="Listeafsnit"/>
        <w:numPr>
          <w:ilvl w:val="0"/>
          <w:numId w:val="19"/>
        </w:numPr>
        <w:jc w:val="both"/>
        <w:rPr>
          <w:rFonts w:ascii="Times New Roman" w:hAnsi="Times New Roman" w:cs="Times New Roman"/>
          <w:sz w:val="24"/>
          <w:szCs w:val="24"/>
          <w:lang w:val="da-DK"/>
        </w:rPr>
      </w:pPr>
      <w:r w:rsidRPr="00B86814">
        <w:rPr>
          <w:rFonts w:ascii="Times New Roman" w:hAnsi="Times New Roman" w:cs="Times New Roman"/>
          <w:sz w:val="24"/>
          <w:szCs w:val="24"/>
          <w:lang w:val="da-DK"/>
        </w:rPr>
        <w:t>Undervisningsdesign-opgave: “Lav et</w:t>
      </w:r>
      <w:r>
        <w:rPr>
          <w:rFonts w:ascii="Times New Roman" w:hAnsi="Times New Roman" w:cs="Times New Roman"/>
          <w:sz w:val="24"/>
          <w:szCs w:val="24"/>
          <w:lang w:val="da-DK"/>
        </w:rPr>
        <w:t xml:space="preserve"> lektions</w:t>
      </w:r>
      <w:r w:rsidRPr="00B86814">
        <w:rPr>
          <w:rFonts w:ascii="Times New Roman" w:hAnsi="Times New Roman" w:cs="Times New Roman"/>
          <w:sz w:val="24"/>
          <w:szCs w:val="24"/>
          <w:lang w:val="da-DK"/>
        </w:rPr>
        <w:t>forlø</w:t>
      </w:r>
      <w:r>
        <w:rPr>
          <w:rFonts w:ascii="Times New Roman" w:hAnsi="Times New Roman" w:cs="Times New Roman"/>
          <w:sz w:val="24"/>
          <w:szCs w:val="24"/>
          <w:lang w:val="da-DK"/>
        </w:rPr>
        <w:t>b a 45-90 minutter om "din" kvinde</w:t>
      </w:r>
      <w:r w:rsidRPr="00B86814">
        <w:rPr>
          <w:rFonts w:ascii="Times New Roman" w:hAnsi="Times New Roman" w:cs="Times New Roman"/>
          <w:sz w:val="24"/>
          <w:szCs w:val="24"/>
          <w:lang w:val="da-DK"/>
        </w:rPr>
        <w:t>”</w:t>
      </w:r>
      <w:r>
        <w:rPr>
          <w:rFonts w:ascii="Times New Roman" w:hAnsi="Times New Roman" w:cs="Times New Roman"/>
          <w:sz w:val="24"/>
          <w:szCs w:val="24"/>
          <w:lang w:val="da-DK"/>
        </w:rPr>
        <w:t xml:space="preserve"> som indeholder</w:t>
      </w:r>
    </w:p>
    <w:p w14:paraId="1C2D47D7" w14:textId="77777777" w:rsidR="00B86814" w:rsidRDefault="00B86814" w:rsidP="00EB3B8A">
      <w:pPr>
        <w:pStyle w:val="Listeafsnit"/>
        <w:jc w:val="both"/>
        <w:rPr>
          <w:rFonts w:ascii="Times New Roman" w:hAnsi="Times New Roman" w:cs="Times New Roman"/>
          <w:sz w:val="24"/>
          <w:szCs w:val="24"/>
          <w:lang w:val="da-DK"/>
        </w:rPr>
      </w:pPr>
    </w:p>
    <w:p w14:paraId="3C49350E" w14:textId="2D1F09E5" w:rsidR="00B86814" w:rsidRDefault="00B86814" w:rsidP="00EB3B8A">
      <w:pPr>
        <w:pStyle w:val="Listeafsnit"/>
        <w:numPr>
          <w:ilvl w:val="0"/>
          <w:numId w:val="22"/>
        </w:numPr>
        <w:jc w:val="both"/>
        <w:rPr>
          <w:rFonts w:ascii="Times New Roman" w:hAnsi="Times New Roman" w:cs="Times New Roman"/>
          <w:sz w:val="24"/>
          <w:szCs w:val="24"/>
          <w:lang w:val="da-DK"/>
        </w:rPr>
      </w:pPr>
      <w:r>
        <w:rPr>
          <w:rFonts w:ascii="Times New Roman" w:hAnsi="Times New Roman" w:cs="Times New Roman"/>
          <w:sz w:val="24"/>
          <w:szCs w:val="24"/>
          <w:lang w:val="da-DK"/>
        </w:rPr>
        <w:t>Et læringsmål (viden plus færdigheder)</w:t>
      </w:r>
    </w:p>
    <w:p w14:paraId="05150871" w14:textId="2728F58C" w:rsidR="00B86814" w:rsidRDefault="00B86814" w:rsidP="00EB3B8A">
      <w:pPr>
        <w:pStyle w:val="Listeafsnit"/>
        <w:numPr>
          <w:ilvl w:val="0"/>
          <w:numId w:val="22"/>
        </w:numPr>
        <w:jc w:val="both"/>
        <w:rPr>
          <w:rFonts w:ascii="Times New Roman" w:hAnsi="Times New Roman" w:cs="Times New Roman"/>
          <w:sz w:val="24"/>
          <w:szCs w:val="24"/>
          <w:lang w:val="da-DK"/>
        </w:rPr>
      </w:pPr>
      <w:r>
        <w:rPr>
          <w:rFonts w:ascii="Times New Roman" w:hAnsi="Times New Roman" w:cs="Times New Roman"/>
          <w:sz w:val="24"/>
          <w:szCs w:val="24"/>
          <w:lang w:val="da-DK"/>
        </w:rPr>
        <w:t>En aktivitet</w:t>
      </w:r>
    </w:p>
    <w:p w14:paraId="40C55ECA" w14:textId="57A8C9A5" w:rsidR="00B86814" w:rsidRDefault="00B86814" w:rsidP="00EB3B8A">
      <w:pPr>
        <w:pStyle w:val="Listeafsnit"/>
        <w:numPr>
          <w:ilvl w:val="0"/>
          <w:numId w:val="22"/>
        </w:numPr>
        <w:jc w:val="both"/>
        <w:rPr>
          <w:rFonts w:ascii="Times New Roman" w:hAnsi="Times New Roman" w:cs="Times New Roman"/>
          <w:sz w:val="24"/>
          <w:szCs w:val="24"/>
          <w:lang w:val="da-DK"/>
        </w:rPr>
      </w:pPr>
      <w:r>
        <w:rPr>
          <w:rFonts w:ascii="Times New Roman" w:hAnsi="Times New Roman" w:cs="Times New Roman"/>
          <w:sz w:val="24"/>
          <w:szCs w:val="24"/>
          <w:lang w:val="da-DK"/>
        </w:rPr>
        <w:t>En ide til læremidler (kilde, billede, kort citat fra tekst, etc. søg på nettet men tjek lige med mig før I vælger herfra. Se også billeddokument under modulet)</w:t>
      </w:r>
    </w:p>
    <w:p w14:paraId="62938D60" w14:textId="21CFC0AF" w:rsidR="00B86814" w:rsidRDefault="00B86814" w:rsidP="00EB3B8A">
      <w:pPr>
        <w:pStyle w:val="Listeafsnit"/>
        <w:numPr>
          <w:ilvl w:val="0"/>
          <w:numId w:val="22"/>
        </w:numPr>
        <w:jc w:val="both"/>
        <w:rPr>
          <w:rFonts w:ascii="Times New Roman" w:hAnsi="Times New Roman" w:cs="Times New Roman"/>
          <w:sz w:val="24"/>
          <w:szCs w:val="24"/>
          <w:lang w:val="da-DK"/>
        </w:rPr>
      </w:pPr>
      <w:r>
        <w:rPr>
          <w:rFonts w:ascii="Times New Roman" w:hAnsi="Times New Roman" w:cs="Times New Roman"/>
          <w:sz w:val="24"/>
          <w:szCs w:val="24"/>
          <w:lang w:val="da-DK"/>
        </w:rPr>
        <w:t>Et elevoutput, som du kan evaluere</w:t>
      </w:r>
    </w:p>
    <w:p w14:paraId="6BFF603D" w14:textId="1D2E3D37" w:rsidR="00B86814" w:rsidRDefault="00B86814" w:rsidP="00EB3B8A">
      <w:pPr>
        <w:pStyle w:val="Listeafsnit"/>
        <w:numPr>
          <w:ilvl w:val="0"/>
          <w:numId w:val="22"/>
        </w:numPr>
        <w:jc w:val="both"/>
        <w:rPr>
          <w:rFonts w:ascii="Times New Roman" w:hAnsi="Times New Roman" w:cs="Times New Roman"/>
          <w:sz w:val="24"/>
          <w:szCs w:val="24"/>
          <w:lang w:val="da-DK"/>
        </w:rPr>
      </w:pPr>
      <w:r>
        <w:rPr>
          <w:rFonts w:ascii="Times New Roman" w:hAnsi="Times New Roman" w:cs="Times New Roman"/>
          <w:sz w:val="24"/>
          <w:szCs w:val="24"/>
          <w:lang w:val="da-DK"/>
        </w:rPr>
        <w:t xml:space="preserve">Forslag til </w:t>
      </w:r>
      <w:r w:rsidR="0078604B">
        <w:rPr>
          <w:rFonts w:ascii="Times New Roman" w:hAnsi="Times New Roman" w:cs="Times New Roman"/>
          <w:sz w:val="24"/>
          <w:szCs w:val="24"/>
          <w:lang w:val="da-DK"/>
        </w:rPr>
        <w:t>e</w:t>
      </w:r>
      <w:r>
        <w:rPr>
          <w:rFonts w:ascii="Times New Roman" w:hAnsi="Times New Roman" w:cs="Times New Roman"/>
          <w:sz w:val="24"/>
          <w:szCs w:val="24"/>
          <w:lang w:val="da-DK"/>
        </w:rPr>
        <w:t>v</w:t>
      </w:r>
      <w:r w:rsidR="0078604B">
        <w:rPr>
          <w:rFonts w:ascii="Times New Roman" w:hAnsi="Times New Roman" w:cs="Times New Roman"/>
          <w:sz w:val="24"/>
          <w:szCs w:val="24"/>
          <w:lang w:val="da-DK"/>
        </w:rPr>
        <w:t>a</w:t>
      </w:r>
      <w:r>
        <w:rPr>
          <w:rFonts w:ascii="Times New Roman" w:hAnsi="Times New Roman" w:cs="Times New Roman"/>
          <w:sz w:val="24"/>
          <w:szCs w:val="24"/>
          <w:lang w:val="da-DK"/>
        </w:rPr>
        <w:t>lueringskriterier</w:t>
      </w:r>
    </w:p>
    <w:p w14:paraId="4DEDD977" w14:textId="5CA0F677" w:rsidR="0078604B" w:rsidRDefault="0078604B" w:rsidP="00EB3B8A">
      <w:pPr>
        <w:pStyle w:val="Listeafsnit"/>
        <w:numPr>
          <w:ilvl w:val="0"/>
          <w:numId w:val="22"/>
        </w:numPr>
        <w:jc w:val="both"/>
        <w:rPr>
          <w:rFonts w:ascii="Times New Roman" w:hAnsi="Times New Roman" w:cs="Times New Roman"/>
          <w:sz w:val="24"/>
          <w:szCs w:val="24"/>
          <w:lang w:val="da-DK"/>
        </w:rPr>
      </w:pPr>
      <w:r>
        <w:rPr>
          <w:rFonts w:ascii="Times New Roman" w:hAnsi="Times New Roman" w:cs="Times New Roman"/>
          <w:sz w:val="24"/>
          <w:szCs w:val="24"/>
          <w:lang w:val="da-DK"/>
        </w:rPr>
        <w:t>Præsenteres som PowerPoint eller lignende</w:t>
      </w:r>
    </w:p>
    <w:p w14:paraId="3EC8AAF4" w14:textId="515B96D6" w:rsidR="00B86814" w:rsidRDefault="0078604B" w:rsidP="00EB3B8A">
      <w:pPr>
        <w:ind w:left="1418"/>
        <w:jc w:val="both"/>
        <w:rPr>
          <w:rFonts w:ascii="Times New Roman" w:hAnsi="Times New Roman" w:cs="Times New Roman"/>
          <w:sz w:val="24"/>
          <w:szCs w:val="24"/>
          <w:lang w:val="da-DK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da-DK"/>
        </w:rPr>
        <w:t xml:space="preserve">Eksempel </w:t>
      </w:r>
      <w:r w:rsidR="00B86814" w:rsidRPr="0078604B">
        <w:rPr>
          <w:rFonts w:ascii="Times New Roman" w:hAnsi="Times New Roman" w:cs="Times New Roman"/>
          <w:i/>
          <w:iCs/>
          <w:sz w:val="24"/>
          <w:szCs w:val="24"/>
          <w:lang w:val="da-DK"/>
        </w:rPr>
        <w:t>Manon Roland</w:t>
      </w:r>
      <w:r w:rsidR="00B86814" w:rsidRPr="0078604B">
        <w:rPr>
          <w:rFonts w:ascii="Times New Roman" w:hAnsi="Times New Roman" w:cs="Times New Roman"/>
          <w:sz w:val="24"/>
          <w:szCs w:val="24"/>
          <w:lang w:val="da-DK"/>
        </w:rPr>
        <w:t xml:space="preserve"> → “Eleverne skal kunne forklare forskellen på at være synlig i idéudvikling vs. usynlig i beslutningstagning.”</w:t>
      </w:r>
    </w:p>
    <w:p w14:paraId="3DA8B08D" w14:textId="77777777" w:rsidR="0078604B" w:rsidRDefault="0078604B" w:rsidP="00EB3B8A">
      <w:pPr>
        <w:jc w:val="both"/>
        <w:rPr>
          <w:rFonts w:ascii="Times New Roman" w:hAnsi="Times New Roman" w:cs="Times New Roman"/>
          <w:sz w:val="24"/>
          <w:szCs w:val="24"/>
          <w:lang w:val="da-DK"/>
        </w:rPr>
      </w:pPr>
    </w:p>
    <w:p w14:paraId="43EC236B" w14:textId="77777777" w:rsidR="0078604B" w:rsidRPr="0078604B" w:rsidRDefault="0078604B" w:rsidP="00EB3B8A">
      <w:pPr>
        <w:jc w:val="both"/>
        <w:rPr>
          <w:rFonts w:ascii="Times New Roman" w:hAnsi="Times New Roman" w:cs="Times New Roman"/>
          <w:sz w:val="24"/>
          <w:szCs w:val="24"/>
          <w:lang w:val="da-DK"/>
        </w:rPr>
      </w:pPr>
    </w:p>
    <w:p w14:paraId="7F482687" w14:textId="15D1C1B0" w:rsidR="00B86814" w:rsidRDefault="0078604B" w:rsidP="00EB3B8A">
      <w:pPr>
        <w:pStyle w:val="Listeafsnit"/>
        <w:numPr>
          <w:ilvl w:val="0"/>
          <w:numId w:val="19"/>
        </w:numPr>
        <w:jc w:val="both"/>
        <w:rPr>
          <w:rFonts w:ascii="Times New Roman" w:hAnsi="Times New Roman" w:cs="Times New Roman"/>
          <w:sz w:val="24"/>
          <w:szCs w:val="24"/>
          <w:lang w:val="da-DK"/>
        </w:rPr>
      </w:pPr>
      <w:r>
        <w:rPr>
          <w:rFonts w:ascii="Times New Roman" w:hAnsi="Times New Roman" w:cs="Times New Roman"/>
          <w:sz w:val="24"/>
          <w:szCs w:val="24"/>
          <w:lang w:val="da-DK"/>
        </w:rPr>
        <w:t>Hendes rum – tegning eller collage (analogt - ikke AI-genereret)</w:t>
      </w:r>
    </w:p>
    <w:p w14:paraId="43B82860" w14:textId="77777777" w:rsidR="0078604B" w:rsidRDefault="0078604B" w:rsidP="00EB3B8A">
      <w:pPr>
        <w:pStyle w:val="Listeafsnit"/>
        <w:jc w:val="both"/>
        <w:rPr>
          <w:rFonts w:ascii="Times New Roman" w:hAnsi="Times New Roman" w:cs="Times New Roman"/>
          <w:sz w:val="24"/>
          <w:szCs w:val="24"/>
          <w:lang w:val="da-DK"/>
        </w:rPr>
      </w:pPr>
    </w:p>
    <w:p w14:paraId="77765943" w14:textId="0C007704" w:rsidR="0078604B" w:rsidRDefault="0078604B" w:rsidP="00EB3B8A">
      <w:pPr>
        <w:pStyle w:val="Listeafsnit"/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  <w:lang w:val="da-DK"/>
        </w:rPr>
      </w:pPr>
      <w:r>
        <w:rPr>
          <w:rFonts w:ascii="Times New Roman" w:hAnsi="Times New Roman" w:cs="Times New Roman"/>
          <w:sz w:val="24"/>
          <w:szCs w:val="24"/>
          <w:lang w:val="da-DK"/>
        </w:rPr>
        <w:t>Visualiser de rum, ”jeres” kvinde især færdedes i (</w:t>
      </w:r>
      <w:r w:rsidRPr="00B40968">
        <w:rPr>
          <w:rFonts w:ascii="Times New Roman" w:hAnsi="Times New Roman" w:cs="Times New Roman"/>
          <w:sz w:val="24"/>
          <w:szCs w:val="24"/>
          <w:lang w:val="da-DK"/>
        </w:rPr>
        <w:t xml:space="preserve">salon, gade, fængsel, </w:t>
      </w:r>
      <w:r>
        <w:rPr>
          <w:rFonts w:ascii="Times New Roman" w:hAnsi="Times New Roman" w:cs="Times New Roman"/>
          <w:sz w:val="24"/>
          <w:szCs w:val="24"/>
          <w:lang w:val="da-DK"/>
        </w:rPr>
        <w:t>fest)</w:t>
      </w:r>
    </w:p>
    <w:p w14:paraId="487D8F70" w14:textId="77777777" w:rsidR="0078604B" w:rsidRPr="0078604B" w:rsidRDefault="0078604B" w:rsidP="00EB3B8A">
      <w:pPr>
        <w:pStyle w:val="Listeafsnit"/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  <w:lang w:val="da-DK"/>
        </w:rPr>
      </w:pPr>
      <w:r w:rsidRPr="0078604B">
        <w:rPr>
          <w:rFonts w:ascii="Times New Roman" w:hAnsi="Times New Roman" w:cs="Times New Roman"/>
          <w:sz w:val="24"/>
          <w:szCs w:val="24"/>
          <w:lang w:val="da-DK"/>
        </w:rPr>
        <w:t>Tilføj små noter: “Her havde hun magt…” / “Her var hun begrænset…”</w:t>
      </w:r>
    </w:p>
    <w:p w14:paraId="7693BAF9" w14:textId="77A91609" w:rsidR="0078604B" w:rsidRPr="0078604B" w:rsidRDefault="0078604B" w:rsidP="00EB3B8A">
      <w:pPr>
        <w:pStyle w:val="Listeafsnit"/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  <w:lang w:val="da-DK"/>
        </w:rPr>
      </w:pPr>
      <w:r>
        <w:rPr>
          <w:rFonts w:ascii="Times New Roman" w:hAnsi="Times New Roman" w:cs="Times New Roman"/>
          <w:sz w:val="24"/>
          <w:szCs w:val="24"/>
          <w:lang w:val="da-DK"/>
        </w:rPr>
        <w:t>Præsenter for de andre</w:t>
      </w:r>
    </w:p>
    <w:p w14:paraId="204EB52D" w14:textId="77777777" w:rsidR="0078604B" w:rsidRDefault="0078604B" w:rsidP="00EB3B8A">
      <w:pPr>
        <w:jc w:val="both"/>
        <w:rPr>
          <w:rFonts w:ascii="Times New Roman" w:hAnsi="Times New Roman" w:cs="Times New Roman"/>
          <w:sz w:val="24"/>
          <w:szCs w:val="24"/>
          <w:lang w:val="da-DK"/>
        </w:rPr>
      </w:pPr>
    </w:p>
    <w:p w14:paraId="5B04BC94" w14:textId="77777777" w:rsidR="0078604B" w:rsidRPr="0078604B" w:rsidRDefault="0078604B" w:rsidP="00EB3B8A">
      <w:pPr>
        <w:jc w:val="both"/>
        <w:rPr>
          <w:rFonts w:ascii="Times New Roman" w:hAnsi="Times New Roman" w:cs="Times New Roman"/>
          <w:sz w:val="24"/>
          <w:szCs w:val="24"/>
          <w:lang w:val="da-DK"/>
        </w:rPr>
      </w:pPr>
    </w:p>
    <w:p w14:paraId="67F6AA0D" w14:textId="77777777" w:rsidR="00B40968" w:rsidRDefault="00B40968" w:rsidP="00EB3B8A">
      <w:pPr>
        <w:jc w:val="both"/>
        <w:rPr>
          <w:rFonts w:ascii="Times New Roman" w:hAnsi="Times New Roman" w:cs="Times New Roman"/>
          <w:sz w:val="24"/>
          <w:szCs w:val="24"/>
          <w:lang w:val="da-DK"/>
        </w:rPr>
      </w:pPr>
    </w:p>
    <w:p w14:paraId="2477305E" w14:textId="3148664F" w:rsidR="00B40968" w:rsidRDefault="008B4ED5" w:rsidP="00EB3B8A">
      <w:pPr>
        <w:jc w:val="both"/>
        <w:rPr>
          <w:rFonts w:ascii="Times New Roman" w:hAnsi="Times New Roman" w:cs="Times New Roman"/>
          <w:sz w:val="24"/>
          <w:szCs w:val="24"/>
          <w:lang w:val="da-DK"/>
        </w:rPr>
      </w:pPr>
      <w:r>
        <w:rPr>
          <w:rFonts w:ascii="Times New Roman" w:hAnsi="Times New Roman" w:cs="Times New Roman"/>
          <w:sz w:val="24"/>
          <w:szCs w:val="24"/>
          <w:lang w:val="da-DK"/>
        </w:rPr>
        <w:t xml:space="preserve">Ekstraopgave: </w:t>
      </w:r>
      <w:r w:rsidR="00EB3B8A">
        <w:rPr>
          <w:rFonts w:ascii="Times New Roman" w:hAnsi="Times New Roman" w:cs="Times New Roman"/>
          <w:sz w:val="24"/>
          <w:szCs w:val="24"/>
          <w:lang w:val="da-DK"/>
        </w:rPr>
        <w:t>V</w:t>
      </w:r>
      <w:r w:rsidR="00B40968" w:rsidRPr="00B40968">
        <w:rPr>
          <w:rFonts w:ascii="Times New Roman" w:hAnsi="Times New Roman" w:cs="Times New Roman"/>
          <w:sz w:val="24"/>
          <w:szCs w:val="24"/>
          <w:lang w:val="da-DK"/>
        </w:rPr>
        <w:t>ælg én “fase” fra power pointen:</w:t>
      </w:r>
    </w:p>
    <w:p w14:paraId="5CDE001D" w14:textId="77777777" w:rsidR="00EB3B8A" w:rsidRPr="00B40968" w:rsidRDefault="00EB3B8A" w:rsidP="00EB3B8A">
      <w:pPr>
        <w:jc w:val="both"/>
        <w:rPr>
          <w:rFonts w:ascii="Times New Roman" w:hAnsi="Times New Roman" w:cs="Times New Roman"/>
          <w:sz w:val="24"/>
          <w:szCs w:val="24"/>
          <w:lang w:val="da-DK"/>
        </w:rPr>
      </w:pPr>
    </w:p>
    <w:p w14:paraId="0B8754AD" w14:textId="77777777" w:rsidR="00B40968" w:rsidRPr="00B40968" w:rsidRDefault="00B40968" w:rsidP="00EB3B8A">
      <w:pPr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  <w:lang w:val="da-DK"/>
        </w:rPr>
      </w:pPr>
      <w:proofErr w:type="spellStart"/>
      <w:r w:rsidRPr="00B40968">
        <w:rPr>
          <w:rFonts w:ascii="Times New Roman" w:hAnsi="Times New Roman" w:cs="Times New Roman"/>
          <w:sz w:val="24"/>
          <w:szCs w:val="24"/>
          <w:lang w:val="da-DK"/>
        </w:rPr>
        <w:t>Herstory</w:t>
      </w:r>
      <w:proofErr w:type="spellEnd"/>
    </w:p>
    <w:p w14:paraId="61C8321C" w14:textId="77777777" w:rsidR="00B40968" w:rsidRPr="00B40968" w:rsidRDefault="00B40968" w:rsidP="00EB3B8A">
      <w:pPr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  <w:lang w:val="da-DK"/>
        </w:rPr>
      </w:pPr>
      <w:r w:rsidRPr="00B40968">
        <w:rPr>
          <w:rFonts w:ascii="Times New Roman" w:hAnsi="Times New Roman" w:cs="Times New Roman"/>
          <w:sz w:val="24"/>
          <w:szCs w:val="24"/>
          <w:lang w:val="da-DK"/>
        </w:rPr>
        <w:t>Patriarkat/offentlig–privat</w:t>
      </w:r>
    </w:p>
    <w:p w14:paraId="58373E07" w14:textId="77777777" w:rsidR="00B40968" w:rsidRPr="00B40968" w:rsidRDefault="00B40968" w:rsidP="00EB3B8A">
      <w:pPr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  <w:lang w:val="da-DK"/>
        </w:rPr>
      </w:pPr>
      <w:r w:rsidRPr="00B40968">
        <w:rPr>
          <w:rFonts w:ascii="Times New Roman" w:hAnsi="Times New Roman" w:cs="Times New Roman"/>
          <w:sz w:val="24"/>
          <w:szCs w:val="24"/>
          <w:lang w:val="da-DK"/>
        </w:rPr>
        <w:t>Køn som analytisk kategori</w:t>
      </w:r>
    </w:p>
    <w:p w14:paraId="5A5374EC" w14:textId="77777777" w:rsidR="00B40968" w:rsidRPr="00B40968" w:rsidRDefault="00B40968" w:rsidP="00EB3B8A">
      <w:pPr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  <w:lang w:val="da-DK"/>
        </w:rPr>
      </w:pPr>
      <w:r w:rsidRPr="00B40968">
        <w:rPr>
          <w:rFonts w:ascii="Times New Roman" w:hAnsi="Times New Roman" w:cs="Times New Roman"/>
          <w:sz w:val="24"/>
          <w:szCs w:val="24"/>
          <w:lang w:val="da-DK"/>
        </w:rPr>
        <w:t>Intersektionalitet</w:t>
      </w:r>
    </w:p>
    <w:p w14:paraId="03920206" w14:textId="02C2D2B6" w:rsidR="00EB3B8A" w:rsidRDefault="00B40968" w:rsidP="00EB3B8A">
      <w:pPr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  <w:lang w:val="da-DK"/>
        </w:rPr>
      </w:pPr>
      <w:r w:rsidRPr="00B40968">
        <w:rPr>
          <w:rFonts w:ascii="Times New Roman" w:hAnsi="Times New Roman" w:cs="Times New Roman"/>
          <w:sz w:val="24"/>
          <w:szCs w:val="24"/>
          <w:lang w:val="da-DK"/>
        </w:rPr>
        <w:t>Global/postkolonial kønshistorie</w:t>
      </w:r>
    </w:p>
    <w:p w14:paraId="150A769F" w14:textId="77777777" w:rsidR="00EB3B8A" w:rsidRPr="00B40968" w:rsidRDefault="00EB3B8A" w:rsidP="00EB3B8A">
      <w:pPr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  <w:lang w:val="da-DK"/>
        </w:rPr>
      </w:pPr>
    </w:p>
    <w:p w14:paraId="3AD2275B" w14:textId="24B57697" w:rsidR="00B40968" w:rsidRPr="00B40968" w:rsidRDefault="00EB3B8A" w:rsidP="00EB3B8A">
      <w:pPr>
        <w:jc w:val="both"/>
        <w:rPr>
          <w:rFonts w:ascii="Times New Roman" w:hAnsi="Times New Roman" w:cs="Times New Roman"/>
          <w:sz w:val="24"/>
          <w:szCs w:val="24"/>
          <w:lang w:val="da-DK"/>
        </w:rPr>
      </w:pPr>
      <w:r>
        <w:rPr>
          <w:rFonts w:ascii="Times New Roman" w:hAnsi="Times New Roman" w:cs="Times New Roman"/>
          <w:sz w:val="24"/>
          <w:szCs w:val="24"/>
          <w:lang w:val="da-DK"/>
        </w:rPr>
        <w:t>A</w:t>
      </w:r>
      <w:r w:rsidR="00B40968" w:rsidRPr="00B40968">
        <w:rPr>
          <w:rFonts w:ascii="Times New Roman" w:hAnsi="Times New Roman" w:cs="Times New Roman"/>
          <w:sz w:val="24"/>
          <w:szCs w:val="24"/>
          <w:lang w:val="da-DK"/>
        </w:rPr>
        <w:t xml:space="preserve">nvend fasen til </w:t>
      </w:r>
      <w:r w:rsidR="008B4ED5">
        <w:rPr>
          <w:rFonts w:ascii="Times New Roman" w:hAnsi="Times New Roman" w:cs="Times New Roman"/>
          <w:sz w:val="24"/>
          <w:szCs w:val="24"/>
          <w:lang w:val="da-DK"/>
        </w:rPr>
        <w:t>”</w:t>
      </w:r>
      <w:r>
        <w:rPr>
          <w:rFonts w:ascii="Times New Roman" w:hAnsi="Times New Roman" w:cs="Times New Roman"/>
          <w:sz w:val="24"/>
          <w:szCs w:val="24"/>
          <w:lang w:val="da-DK"/>
        </w:rPr>
        <w:t>j</w:t>
      </w:r>
      <w:r w:rsidR="008B4ED5">
        <w:rPr>
          <w:rFonts w:ascii="Times New Roman" w:hAnsi="Times New Roman" w:cs="Times New Roman"/>
          <w:sz w:val="24"/>
          <w:szCs w:val="24"/>
          <w:lang w:val="da-DK"/>
        </w:rPr>
        <w:t>eres”</w:t>
      </w:r>
      <w:r w:rsidR="00B40968" w:rsidRPr="00B40968">
        <w:rPr>
          <w:rFonts w:ascii="Times New Roman" w:hAnsi="Times New Roman" w:cs="Times New Roman"/>
          <w:sz w:val="24"/>
          <w:szCs w:val="24"/>
          <w:lang w:val="da-DK"/>
        </w:rPr>
        <w:t xml:space="preserve"> kvindes historie</w:t>
      </w:r>
      <w:r w:rsidR="008B4ED5">
        <w:rPr>
          <w:rFonts w:ascii="Times New Roman" w:hAnsi="Times New Roman" w:cs="Times New Roman"/>
          <w:sz w:val="24"/>
          <w:szCs w:val="24"/>
          <w:lang w:val="da-DK"/>
        </w:rPr>
        <w:t xml:space="preserve"> og sammenlign med mindst en af de andre kvinder</w:t>
      </w:r>
      <w:r w:rsidR="00B40968" w:rsidRPr="00B40968">
        <w:rPr>
          <w:rFonts w:ascii="Times New Roman" w:hAnsi="Times New Roman" w:cs="Times New Roman"/>
          <w:sz w:val="24"/>
          <w:szCs w:val="24"/>
          <w:lang w:val="da-DK"/>
        </w:rPr>
        <w:t>.</w:t>
      </w:r>
    </w:p>
    <w:p w14:paraId="2B3CA0A2" w14:textId="45411AB8" w:rsidR="00B40968" w:rsidRPr="00B40968" w:rsidRDefault="00B40968" w:rsidP="00EB3B8A">
      <w:pPr>
        <w:jc w:val="both"/>
        <w:rPr>
          <w:rFonts w:ascii="Times New Roman" w:hAnsi="Times New Roman" w:cs="Times New Roman"/>
          <w:sz w:val="24"/>
          <w:szCs w:val="24"/>
          <w:lang w:val="da-DK"/>
        </w:rPr>
      </w:pPr>
      <w:r w:rsidRPr="00B40968">
        <w:rPr>
          <w:rFonts w:ascii="Times New Roman" w:hAnsi="Times New Roman" w:cs="Times New Roman"/>
          <w:sz w:val="24"/>
          <w:szCs w:val="24"/>
          <w:lang w:val="da-DK"/>
        </w:rPr>
        <w:t>Eksempel:</w:t>
      </w:r>
      <w:r w:rsidRPr="00B40968">
        <w:rPr>
          <w:rFonts w:ascii="Times New Roman" w:hAnsi="Times New Roman" w:cs="Times New Roman"/>
          <w:sz w:val="24"/>
          <w:szCs w:val="24"/>
          <w:lang w:val="da-DK"/>
        </w:rPr>
        <w:br/>
        <w:t xml:space="preserve">Intersektionalitet → Pauline </w:t>
      </w:r>
      <w:proofErr w:type="spellStart"/>
      <w:r w:rsidRPr="00B40968">
        <w:rPr>
          <w:rFonts w:ascii="Times New Roman" w:hAnsi="Times New Roman" w:cs="Times New Roman"/>
          <w:sz w:val="24"/>
          <w:szCs w:val="24"/>
          <w:lang w:val="da-DK"/>
        </w:rPr>
        <w:t>Léon</w:t>
      </w:r>
      <w:proofErr w:type="spellEnd"/>
      <w:r w:rsidRPr="00B40968">
        <w:rPr>
          <w:rFonts w:ascii="Times New Roman" w:hAnsi="Times New Roman" w:cs="Times New Roman"/>
          <w:sz w:val="24"/>
          <w:szCs w:val="24"/>
          <w:lang w:val="da-DK"/>
        </w:rPr>
        <w:t xml:space="preserve"> → køn + klasse → hvorfor</w:t>
      </w:r>
      <w:r w:rsidR="008B4ED5">
        <w:rPr>
          <w:rFonts w:ascii="Times New Roman" w:hAnsi="Times New Roman" w:cs="Times New Roman"/>
          <w:sz w:val="24"/>
          <w:szCs w:val="24"/>
          <w:lang w:val="da-DK"/>
        </w:rPr>
        <w:t xml:space="preserve"> adskiller</w:t>
      </w:r>
      <w:r w:rsidRPr="00B40968">
        <w:rPr>
          <w:rFonts w:ascii="Times New Roman" w:hAnsi="Times New Roman" w:cs="Times New Roman"/>
          <w:sz w:val="24"/>
          <w:szCs w:val="24"/>
          <w:lang w:val="da-DK"/>
        </w:rPr>
        <w:t xml:space="preserve"> hendes organisatoriske muligheder sig fra Germaine</w:t>
      </w:r>
      <w:r w:rsidR="008B4ED5">
        <w:rPr>
          <w:rFonts w:ascii="Times New Roman" w:hAnsi="Times New Roman" w:cs="Times New Roman"/>
          <w:sz w:val="24"/>
          <w:szCs w:val="24"/>
          <w:lang w:val="da-DK"/>
        </w:rPr>
        <w:t xml:space="preserve"> de Staëls</w:t>
      </w:r>
      <w:r w:rsidRPr="00B40968">
        <w:rPr>
          <w:rFonts w:ascii="Times New Roman" w:hAnsi="Times New Roman" w:cs="Times New Roman"/>
          <w:sz w:val="24"/>
          <w:szCs w:val="24"/>
          <w:lang w:val="da-DK"/>
        </w:rPr>
        <w:t>.</w:t>
      </w:r>
    </w:p>
    <w:p w14:paraId="5DF0D770" w14:textId="0D9C4EE9" w:rsidR="00B40968" w:rsidRPr="00B40968" w:rsidRDefault="00B40968" w:rsidP="00EB3B8A">
      <w:pPr>
        <w:jc w:val="both"/>
        <w:rPr>
          <w:rFonts w:ascii="Times New Roman" w:hAnsi="Times New Roman" w:cs="Times New Roman"/>
          <w:sz w:val="24"/>
          <w:szCs w:val="24"/>
          <w:lang w:val="da-DK"/>
        </w:rPr>
      </w:pPr>
    </w:p>
    <w:p w14:paraId="368D1E3E" w14:textId="77777777" w:rsidR="00B40968" w:rsidRPr="00B94AA6" w:rsidRDefault="00B40968" w:rsidP="00EB3B8A">
      <w:pPr>
        <w:jc w:val="both"/>
        <w:rPr>
          <w:rFonts w:ascii="Times New Roman" w:hAnsi="Times New Roman" w:cs="Times New Roman"/>
          <w:sz w:val="24"/>
          <w:szCs w:val="24"/>
          <w:lang w:val="da-DK"/>
        </w:rPr>
      </w:pPr>
    </w:p>
    <w:sectPr w:rsidR="00B40968" w:rsidRPr="00B94AA6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Opstilling-talellerbogs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Opstilling-talellerbogs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Opstilling-punktteg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Opstilling-punktteg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Opstilling-talellerbogs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Opstilling-punktteg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4334CB4"/>
    <w:multiLevelType w:val="hybridMultilevel"/>
    <w:tmpl w:val="31D2CF38"/>
    <w:lvl w:ilvl="0" w:tplc="70D64122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800" w:hanging="360"/>
      </w:pPr>
    </w:lvl>
    <w:lvl w:ilvl="2" w:tplc="0406001B" w:tentative="1">
      <w:start w:val="1"/>
      <w:numFmt w:val="lowerRoman"/>
      <w:lvlText w:val="%3."/>
      <w:lvlJc w:val="right"/>
      <w:pPr>
        <w:ind w:left="2520" w:hanging="180"/>
      </w:pPr>
    </w:lvl>
    <w:lvl w:ilvl="3" w:tplc="0406000F" w:tentative="1">
      <w:start w:val="1"/>
      <w:numFmt w:val="decimal"/>
      <w:lvlText w:val="%4."/>
      <w:lvlJc w:val="left"/>
      <w:pPr>
        <w:ind w:left="3240" w:hanging="360"/>
      </w:pPr>
    </w:lvl>
    <w:lvl w:ilvl="4" w:tplc="04060019" w:tentative="1">
      <w:start w:val="1"/>
      <w:numFmt w:val="lowerLetter"/>
      <w:lvlText w:val="%5."/>
      <w:lvlJc w:val="left"/>
      <w:pPr>
        <w:ind w:left="3960" w:hanging="360"/>
      </w:pPr>
    </w:lvl>
    <w:lvl w:ilvl="5" w:tplc="0406001B" w:tentative="1">
      <w:start w:val="1"/>
      <w:numFmt w:val="lowerRoman"/>
      <w:lvlText w:val="%6."/>
      <w:lvlJc w:val="right"/>
      <w:pPr>
        <w:ind w:left="4680" w:hanging="180"/>
      </w:pPr>
    </w:lvl>
    <w:lvl w:ilvl="6" w:tplc="0406000F" w:tentative="1">
      <w:start w:val="1"/>
      <w:numFmt w:val="decimal"/>
      <w:lvlText w:val="%7."/>
      <w:lvlJc w:val="left"/>
      <w:pPr>
        <w:ind w:left="5400" w:hanging="360"/>
      </w:pPr>
    </w:lvl>
    <w:lvl w:ilvl="7" w:tplc="04060019" w:tentative="1">
      <w:start w:val="1"/>
      <w:numFmt w:val="lowerLetter"/>
      <w:lvlText w:val="%8."/>
      <w:lvlJc w:val="left"/>
      <w:pPr>
        <w:ind w:left="6120" w:hanging="360"/>
      </w:pPr>
    </w:lvl>
    <w:lvl w:ilvl="8" w:tplc="040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6172B9C"/>
    <w:multiLevelType w:val="hybridMultilevel"/>
    <w:tmpl w:val="6CBCFCA4"/>
    <w:lvl w:ilvl="0" w:tplc="040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1AFA14EB"/>
    <w:multiLevelType w:val="multilevel"/>
    <w:tmpl w:val="6CAEA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3651155"/>
    <w:multiLevelType w:val="hybridMultilevel"/>
    <w:tmpl w:val="5D74B3C0"/>
    <w:lvl w:ilvl="0" w:tplc="07083EC4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A13A63"/>
    <w:multiLevelType w:val="multilevel"/>
    <w:tmpl w:val="6CEE74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C491A36"/>
    <w:multiLevelType w:val="multilevel"/>
    <w:tmpl w:val="9B50D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9E678A4"/>
    <w:multiLevelType w:val="hybridMultilevel"/>
    <w:tmpl w:val="0C0A2D22"/>
    <w:lvl w:ilvl="0" w:tplc="4B36B0B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1C569CD"/>
    <w:multiLevelType w:val="hybridMultilevel"/>
    <w:tmpl w:val="D52ED59C"/>
    <w:lvl w:ilvl="0" w:tplc="73501F2A">
      <w:start w:val="1"/>
      <w:numFmt w:val="upperLetter"/>
      <w:lvlText w:val="%1)"/>
      <w:lvlJc w:val="left"/>
      <w:pPr>
        <w:ind w:left="144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2160" w:hanging="360"/>
      </w:pPr>
    </w:lvl>
    <w:lvl w:ilvl="2" w:tplc="0406001B" w:tentative="1">
      <w:start w:val="1"/>
      <w:numFmt w:val="lowerRoman"/>
      <w:lvlText w:val="%3."/>
      <w:lvlJc w:val="right"/>
      <w:pPr>
        <w:ind w:left="2880" w:hanging="180"/>
      </w:pPr>
    </w:lvl>
    <w:lvl w:ilvl="3" w:tplc="0406000F" w:tentative="1">
      <w:start w:val="1"/>
      <w:numFmt w:val="decimal"/>
      <w:lvlText w:val="%4."/>
      <w:lvlJc w:val="left"/>
      <w:pPr>
        <w:ind w:left="3600" w:hanging="360"/>
      </w:pPr>
    </w:lvl>
    <w:lvl w:ilvl="4" w:tplc="04060019" w:tentative="1">
      <w:start w:val="1"/>
      <w:numFmt w:val="lowerLetter"/>
      <w:lvlText w:val="%5."/>
      <w:lvlJc w:val="left"/>
      <w:pPr>
        <w:ind w:left="4320" w:hanging="360"/>
      </w:pPr>
    </w:lvl>
    <w:lvl w:ilvl="5" w:tplc="0406001B" w:tentative="1">
      <w:start w:val="1"/>
      <w:numFmt w:val="lowerRoman"/>
      <w:lvlText w:val="%6."/>
      <w:lvlJc w:val="right"/>
      <w:pPr>
        <w:ind w:left="5040" w:hanging="180"/>
      </w:pPr>
    </w:lvl>
    <w:lvl w:ilvl="6" w:tplc="0406000F" w:tentative="1">
      <w:start w:val="1"/>
      <w:numFmt w:val="decimal"/>
      <w:lvlText w:val="%7."/>
      <w:lvlJc w:val="left"/>
      <w:pPr>
        <w:ind w:left="5760" w:hanging="360"/>
      </w:pPr>
    </w:lvl>
    <w:lvl w:ilvl="7" w:tplc="04060019" w:tentative="1">
      <w:start w:val="1"/>
      <w:numFmt w:val="lowerLetter"/>
      <w:lvlText w:val="%8."/>
      <w:lvlJc w:val="left"/>
      <w:pPr>
        <w:ind w:left="6480" w:hanging="360"/>
      </w:pPr>
    </w:lvl>
    <w:lvl w:ilvl="8" w:tplc="040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4260164A"/>
    <w:multiLevelType w:val="hybridMultilevel"/>
    <w:tmpl w:val="E6145332"/>
    <w:lvl w:ilvl="0" w:tplc="040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456528E"/>
    <w:multiLevelType w:val="multilevel"/>
    <w:tmpl w:val="8B1C16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79E41B4"/>
    <w:multiLevelType w:val="hybridMultilevel"/>
    <w:tmpl w:val="B5A63690"/>
    <w:lvl w:ilvl="0" w:tplc="0406000F">
      <w:start w:val="1"/>
      <w:numFmt w:val="decimal"/>
      <w:lvlText w:val="%1."/>
      <w:lvlJc w:val="left"/>
      <w:pPr>
        <w:ind w:left="1080" w:hanging="360"/>
      </w:pPr>
    </w:lvl>
    <w:lvl w:ilvl="1" w:tplc="04060019" w:tentative="1">
      <w:start w:val="1"/>
      <w:numFmt w:val="lowerLetter"/>
      <w:lvlText w:val="%2."/>
      <w:lvlJc w:val="left"/>
      <w:pPr>
        <w:ind w:left="1800" w:hanging="360"/>
      </w:pPr>
    </w:lvl>
    <w:lvl w:ilvl="2" w:tplc="0406001B" w:tentative="1">
      <w:start w:val="1"/>
      <w:numFmt w:val="lowerRoman"/>
      <w:lvlText w:val="%3."/>
      <w:lvlJc w:val="right"/>
      <w:pPr>
        <w:ind w:left="2520" w:hanging="180"/>
      </w:pPr>
    </w:lvl>
    <w:lvl w:ilvl="3" w:tplc="0406000F" w:tentative="1">
      <w:start w:val="1"/>
      <w:numFmt w:val="decimal"/>
      <w:lvlText w:val="%4."/>
      <w:lvlJc w:val="left"/>
      <w:pPr>
        <w:ind w:left="3240" w:hanging="360"/>
      </w:pPr>
    </w:lvl>
    <w:lvl w:ilvl="4" w:tplc="04060019" w:tentative="1">
      <w:start w:val="1"/>
      <w:numFmt w:val="lowerLetter"/>
      <w:lvlText w:val="%5."/>
      <w:lvlJc w:val="left"/>
      <w:pPr>
        <w:ind w:left="3960" w:hanging="360"/>
      </w:pPr>
    </w:lvl>
    <w:lvl w:ilvl="5" w:tplc="0406001B" w:tentative="1">
      <w:start w:val="1"/>
      <w:numFmt w:val="lowerRoman"/>
      <w:lvlText w:val="%6."/>
      <w:lvlJc w:val="right"/>
      <w:pPr>
        <w:ind w:left="4680" w:hanging="180"/>
      </w:pPr>
    </w:lvl>
    <w:lvl w:ilvl="6" w:tplc="0406000F" w:tentative="1">
      <w:start w:val="1"/>
      <w:numFmt w:val="decimal"/>
      <w:lvlText w:val="%7."/>
      <w:lvlJc w:val="left"/>
      <w:pPr>
        <w:ind w:left="5400" w:hanging="360"/>
      </w:pPr>
    </w:lvl>
    <w:lvl w:ilvl="7" w:tplc="04060019" w:tentative="1">
      <w:start w:val="1"/>
      <w:numFmt w:val="lowerLetter"/>
      <w:lvlText w:val="%8."/>
      <w:lvlJc w:val="left"/>
      <w:pPr>
        <w:ind w:left="6120" w:hanging="360"/>
      </w:pPr>
    </w:lvl>
    <w:lvl w:ilvl="8" w:tplc="040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80C72C2"/>
    <w:multiLevelType w:val="hybridMultilevel"/>
    <w:tmpl w:val="95E63B22"/>
    <w:lvl w:ilvl="0" w:tplc="040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6C124C56"/>
    <w:multiLevelType w:val="hybridMultilevel"/>
    <w:tmpl w:val="87A8D0EA"/>
    <w:lvl w:ilvl="0" w:tplc="2AEC095A">
      <w:start w:val="1"/>
      <w:numFmt w:val="bullet"/>
      <w:lvlText w:val="-"/>
      <w:lvlJc w:val="left"/>
      <w:pPr>
        <w:ind w:left="720" w:hanging="360"/>
      </w:pPr>
      <w:rPr>
        <w:rFonts w:ascii="Segoe UI" w:eastAsia="Times New Roman" w:hAnsi="Segoe UI" w:cs="Segoe U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B93359"/>
    <w:multiLevelType w:val="multilevel"/>
    <w:tmpl w:val="55D64E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07223417">
    <w:abstractNumId w:val="8"/>
  </w:num>
  <w:num w:numId="2" w16cid:durableId="96412368">
    <w:abstractNumId w:val="6"/>
  </w:num>
  <w:num w:numId="3" w16cid:durableId="677392033">
    <w:abstractNumId w:val="5"/>
  </w:num>
  <w:num w:numId="4" w16cid:durableId="697699653">
    <w:abstractNumId w:val="4"/>
  </w:num>
  <w:num w:numId="5" w16cid:durableId="137117302">
    <w:abstractNumId w:val="7"/>
  </w:num>
  <w:num w:numId="6" w16cid:durableId="1578050802">
    <w:abstractNumId w:val="3"/>
  </w:num>
  <w:num w:numId="7" w16cid:durableId="552079673">
    <w:abstractNumId w:val="2"/>
  </w:num>
  <w:num w:numId="8" w16cid:durableId="996029951">
    <w:abstractNumId w:val="1"/>
  </w:num>
  <w:num w:numId="9" w16cid:durableId="1842350124">
    <w:abstractNumId w:val="0"/>
  </w:num>
  <w:num w:numId="10" w16cid:durableId="920915654">
    <w:abstractNumId w:val="12"/>
  </w:num>
  <w:num w:numId="11" w16cid:durableId="2127432071">
    <w:abstractNumId w:val="9"/>
  </w:num>
  <w:num w:numId="12" w16cid:durableId="989137678">
    <w:abstractNumId w:val="16"/>
  </w:num>
  <w:num w:numId="13" w16cid:durableId="2021618925">
    <w:abstractNumId w:val="13"/>
  </w:num>
  <w:num w:numId="14" w16cid:durableId="1632899899">
    <w:abstractNumId w:val="11"/>
  </w:num>
  <w:num w:numId="15" w16cid:durableId="1436091808">
    <w:abstractNumId w:val="21"/>
  </w:num>
  <w:num w:numId="16" w16cid:durableId="1763448858">
    <w:abstractNumId w:val="19"/>
  </w:num>
  <w:num w:numId="17" w16cid:durableId="460998278">
    <w:abstractNumId w:val="22"/>
  </w:num>
  <w:num w:numId="18" w16cid:durableId="1435517642">
    <w:abstractNumId w:val="18"/>
  </w:num>
  <w:num w:numId="19" w16cid:durableId="2146004946">
    <w:abstractNumId w:val="15"/>
  </w:num>
  <w:num w:numId="20" w16cid:durableId="157117726">
    <w:abstractNumId w:val="14"/>
  </w:num>
  <w:num w:numId="21" w16cid:durableId="348914372">
    <w:abstractNumId w:val="17"/>
  </w:num>
  <w:num w:numId="22" w16cid:durableId="1621033673">
    <w:abstractNumId w:val="10"/>
  </w:num>
  <w:num w:numId="23" w16cid:durableId="207916123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5694D"/>
    <w:rsid w:val="0029639D"/>
    <w:rsid w:val="00326F90"/>
    <w:rsid w:val="004172AD"/>
    <w:rsid w:val="00497BB7"/>
    <w:rsid w:val="006055F7"/>
    <w:rsid w:val="006960AC"/>
    <w:rsid w:val="0078604B"/>
    <w:rsid w:val="008B4ED5"/>
    <w:rsid w:val="00AA1D8D"/>
    <w:rsid w:val="00B40968"/>
    <w:rsid w:val="00B42B7C"/>
    <w:rsid w:val="00B47730"/>
    <w:rsid w:val="00B86814"/>
    <w:rsid w:val="00B94AA6"/>
    <w:rsid w:val="00BF457F"/>
    <w:rsid w:val="00CB0664"/>
    <w:rsid w:val="00CD26A0"/>
    <w:rsid w:val="00DE40FF"/>
    <w:rsid w:val="00E6457D"/>
    <w:rsid w:val="00EB3B8A"/>
    <w:rsid w:val="00F84FD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40534D2"/>
  <w14:defaultImageDpi w14:val="300"/>
  <w15:docId w15:val="{6EC7DB47-D5C2-46C5-BC41-30D7E5015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Overskrift1">
    <w:name w:val="heading 1"/>
    <w:basedOn w:val="Normal"/>
    <w:next w:val="Normal"/>
    <w:link w:val="Overskrift1Tegn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E618BF"/>
  </w:style>
  <w:style w:type="paragraph" w:styleId="Sidefod">
    <w:name w:val="footer"/>
    <w:basedOn w:val="Normal"/>
    <w:link w:val="SidefodTeg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E618BF"/>
  </w:style>
  <w:style w:type="paragraph" w:styleId="Ingenafstand">
    <w:name w:val="No Spacing"/>
    <w:uiPriority w:val="1"/>
    <w:qFormat/>
    <w:rsid w:val="00FC693F"/>
    <w:pPr>
      <w:spacing w:after="0" w:line="240" w:lineRule="auto"/>
    </w:pPr>
  </w:style>
  <w:style w:type="character" w:customStyle="1" w:styleId="Overskrift1Tegn">
    <w:name w:val="Overskrift 1 Tegn"/>
    <w:basedOn w:val="Standardskrifttypeiafsnit"/>
    <w:link w:val="Oversk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Normal"/>
    <w:next w:val="Normal"/>
    <w:link w:val="TitelTeg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Tegn">
    <w:name w:val="Titel Tegn"/>
    <w:basedOn w:val="Standardskrifttypeiafsnit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afsnit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rdtekst">
    <w:name w:val="Body Text"/>
    <w:basedOn w:val="Normal"/>
    <w:link w:val="BrdtekstTegn"/>
    <w:uiPriority w:val="99"/>
    <w:unhideWhenUsed/>
    <w:rsid w:val="00AA1D8D"/>
    <w:pPr>
      <w:spacing w:after="120"/>
    </w:pPr>
  </w:style>
  <w:style w:type="character" w:customStyle="1" w:styleId="BrdtekstTegn">
    <w:name w:val="Brødtekst Tegn"/>
    <w:basedOn w:val="Standardskrifttypeiafsnit"/>
    <w:link w:val="Brdtekst"/>
    <w:uiPriority w:val="99"/>
    <w:rsid w:val="00AA1D8D"/>
  </w:style>
  <w:style w:type="paragraph" w:styleId="Brdtekst2">
    <w:name w:val="Body Text 2"/>
    <w:basedOn w:val="Normal"/>
    <w:link w:val="Brdtekst2Tegn"/>
    <w:uiPriority w:val="99"/>
    <w:unhideWhenUsed/>
    <w:rsid w:val="00AA1D8D"/>
    <w:pPr>
      <w:spacing w:after="120" w:line="480" w:lineRule="auto"/>
    </w:pPr>
  </w:style>
  <w:style w:type="character" w:customStyle="1" w:styleId="Brdtekst2Tegn">
    <w:name w:val="Brødtekst 2 Tegn"/>
    <w:basedOn w:val="Standardskrifttypeiafsnit"/>
    <w:link w:val="Brdtekst2"/>
    <w:uiPriority w:val="99"/>
    <w:rsid w:val="00AA1D8D"/>
  </w:style>
  <w:style w:type="paragraph" w:styleId="Brdtekst3">
    <w:name w:val="Body Text 3"/>
    <w:basedOn w:val="Normal"/>
    <w:link w:val="Brdtekst3Teg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rdtekst3Tegn">
    <w:name w:val="Brødtekst 3 Tegn"/>
    <w:basedOn w:val="Standardskrifttypeiafsnit"/>
    <w:link w:val="Brdtekst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Opstilling-punkttegn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Opstilling-punkttegn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Opstilling-punkttegn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Opstilling-talellerbogs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Opstilling-talellerbogs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Opstilling-talellerbogs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Opstilling-forts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Opstilling-forts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Opstilling-forts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tekst">
    <w:name w:val="macro"/>
    <w:link w:val="MakrotekstTeg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kstTegn">
    <w:name w:val="Makrotekst Tegn"/>
    <w:basedOn w:val="Standardskrifttypeiafsnit"/>
    <w:link w:val="Makrotekst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Tegn"/>
    <w:uiPriority w:val="29"/>
    <w:qFormat/>
    <w:rsid w:val="00FC693F"/>
    <w:rPr>
      <w:i/>
      <w:iCs/>
      <w:color w:val="000000" w:themeColor="text1"/>
    </w:rPr>
  </w:style>
  <w:style w:type="character" w:customStyle="1" w:styleId="CitatTegn">
    <w:name w:val="Citat Tegn"/>
    <w:basedOn w:val="Standardskrifttypeiafsnit"/>
    <w:link w:val="Citat"/>
    <w:uiPriority w:val="29"/>
    <w:rsid w:val="00FC693F"/>
    <w:rPr>
      <w:i/>
      <w:iCs/>
      <w:color w:val="000000" w:themeColor="text1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lledtekst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k">
    <w:name w:val="Strong"/>
    <w:basedOn w:val="Standardskrifttypeiafsnit"/>
    <w:uiPriority w:val="22"/>
    <w:qFormat/>
    <w:rsid w:val="00FC693F"/>
    <w:rPr>
      <w:b/>
      <w:bCs/>
    </w:rPr>
  </w:style>
  <w:style w:type="character" w:styleId="Fremhv">
    <w:name w:val="Emphasis"/>
    <w:basedOn w:val="Standardskrifttypeiafsnit"/>
    <w:uiPriority w:val="20"/>
    <w:qFormat/>
    <w:rsid w:val="00FC693F"/>
    <w:rPr>
      <w:i/>
      <w:iCs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FC693F"/>
    <w:rPr>
      <w:b/>
      <w:bCs/>
      <w:i/>
      <w:iCs/>
      <w:color w:val="4F81BD" w:themeColor="accent1"/>
    </w:rPr>
  </w:style>
  <w:style w:type="character" w:styleId="Svagfremhvning">
    <w:name w:val="Subtle Emphasis"/>
    <w:basedOn w:val="Standardskrifttypeiafsnit"/>
    <w:uiPriority w:val="19"/>
    <w:qFormat/>
    <w:rsid w:val="00FC693F"/>
    <w:rPr>
      <w:i/>
      <w:iCs/>
      <w:color w:val="808080" w:themeColor="text1" w:themeTint="7F"/>
    </w:rPr>
  </w:style>
  <w:style w:type="character" w:styleId="Kraftigfremhvning">
    <w:name w:val="Intense Emphasis"/>
    <w:basedOn w:val="Standardskrifttypeiafsnit"/>
    <w:uiPriority w:val="21"/>
    <w:qFormat/>
    <w:rsid w:val="00FC693F"/>
    <w:rPr>
      <w:b/>
      <w:bCs/>
      <w:i/>
      <w:iCs/>
      <w:color w:val="4F81BD" w:themeColor="accent1"/>
    </w:rPr>
  </w:style>
  <w:style w:type="character" w:styleId="Svaghenvisning">
    <w:name w:val="Subtle Reference"/>
    <w:basedOn w:val="Standardskrifttypeiafsnit"/>
    <w:uiPriority w:val="31"/>
    <w:qFormat/>
    <w:rsid w:val="00FC693F"/>
    <w:rPr>
      <w:smallCaps/>
      <w:color w:val="C0504D" w:themeColor="accent2"/>
      <w:u w:val="single"/>
    </w:rPr>
  </w:style>
  <w:style w:type="character" w:styleId="Kraftighenvisning">
    <w:name w:val="Intense Reference"/>
    <w:basedOn w:val="Standardskrifttypeiafsn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genstitel">
    <w:name w:val="Book Title"/>
    <w:basedOn w:val="Standardskrifttypeiafsnit"/>
    <w:uiPriority w:val="33"/>
    <w:qFormat/>
    <w:rsid w:val="00FC693F"/>
    <w:rPr>
      <w:b/>
      <w:bCs/>
      <w:smallCaps/>
      <w:spacing w:val="5"/>
    </w:rPr>
  </w:style>
  <w:style w:type="paragraph" w:styleId="Overskrift">
    <w:name w:val="TOC Heading"/>
    <w:basedOn w:val="Overskrift1"/>
    <w:next w:val="Normal"/>
    <w:uiPriority w:val="39"/>
    <w:semiHidden/>
    <w:unhideWhenUsed/>
    <w:qFormat/>
    <w:rsid w:val="00FC693F"/>
    <w:pPr>
      <w:outlineLvl w:val="9"/>
    </w:pPr>
  </w:style>
  <w:style w:type="table" w:styleId="Tabel-Gitter">
    <w:name w:val="Table Grid"/>
    <w:basedOn w:val="Tabel-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ysskygge">
    <w:name w:val="Light Shading"/>
    <w:basedOn w:val="Tabel-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ysskygge-farve1">
    <w:name w:val="Light Shading Accent 1"/>
    <w:basedOn w:val="Tabel-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ysskygge-fremhvningsfarve2">
    <w:name w:val="Light Shading Accent 2"/>
    <w:basedOn w:val="Tabel-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ysskygge-fremhvningsfarve3">
    <w:name w:val="Light Shading Accent 3"/>
    <w:basedOn w:val="Tabel-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ysskygge-fremhvningsfarve4">
    <w:name w:val="Light Shading Accent 4"/>
    <w:basedOn w:val="Tabel-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ysskygge-fremhvningsfarve5">
    <w:name w:val="Light Shading Accent 5"/>
    <w:basedOn w:val="Tabel-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ysskygge-fremhvningsfarve6">
    <w:name w:val="Light Shading Accent 6"/>
    <w:basedOn w:val="Tabel-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ysliste">
    <w:name w:val="Light List"/>
    <w:basedOn w:val="Tabel-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liste-farve1">
    <w:name w:val="Light List Accent 1"/>
    <w:basedOn w:val="Tabel-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ysliste-fremhvningsfarve2">
    <w:name w:val="Light List Accent 2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ysliste-fremhvningsfarve3">
    <w:name w:val="Light List Accent 3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ysliste-fremhvningsfarve4">
    <w:name w:val="Light List Accent 4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ysliste-fremhvningsfarve5">
    <w:name w:val="Light List Accent 5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ysliste-fremhvningsfarve6">
    <w:name w:val="Light List Accent 6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ystgitter">
    <w:name w:val="Light Grid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ystgitter-farve1">
    <w:name w:val="Light Grid Accent 1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ystgitter-fremhvningsfarve2">
    <w:name w:val="Light Grid Accent 2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ystgitter-fremhvningsfarve3">
    <w:name w:val="Light Grid Accent 3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ystgitter-fremhvningsfarve4">
    <w:name w:val="Light Grid Accent 4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ystgitter-fremhvningsfarve5">
    <w:name w:val="Light Grid Accent 5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ystgitter-fremhvningsfarve6">
    <w:name w:val="Light Grid Accent 6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kygge1">
    <w:name w:val="Medium Shading 1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arve1">
    <w:name w:val="Medium Shading 1 Accent 1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2">
    <w:name w:val="Medium Shading 1 Accent 2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3">
    <w:name w:val="Medium Shading 1 Accent 3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4">
    <w:name w:val="Medium Shading 1 Accent 4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5">
    <w:name w:val="Medium Shading 1 Accent 5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6">
    <w:name w:val="Medium Shading 1 Accent 6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2">
    <w:name w:val="Medium Shading 2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arve1">
    <w:name w:val="Medium Shading 2 Accent 1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2">
    <w:name w:val="Medium Shading 2 Accent 2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3">
    <w:name w:val="Medium Shading 2 Accent 3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4">
    <w:name w:val="Medium Shading 2 Accent 4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5">
    <w:name w:val="Medium Shading 2 Accent 5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6">
    <w:name w:val="Medium Shading 2 Accent 6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e1">
    <w:name w:val="Medium List 1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e1-farve1">
    <w:name w:val="Medium List 1 Accent 1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e1-fremhvningsfarve2">
    <w:name w:val="Medium List 1 Accent 2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e1-fremhvningsfarve3">
    <w:name w:val="Medium List 1 Accent 3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e1-fremhvningsfarve4">
    <w:name w:val="Medium List 1 Accent 4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e1-fremhvningsfarve5">
    <w:name w:val="Medium List 1 Accent 5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e1-fremhvningsfarve6">
    <w:name w:val="Medium List 1 Accent 6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e2">
    <w:name w:val="Medium List 2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1">
    <w:name w:val="Medium List 2 Accent 1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2">
    <w:name w:val="Medium List 2 Accent 2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3">
    <w:name w:val="Medium List 2 Accent 3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4">
    <w:name w:val="Medium List 2 Accent 4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5">
    <w:name w:val="Medium List 2 Accent 5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6">
    <w:name w:val="Medium List 2 Accent 6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itter1">
    <w:name w:val="Medium Grid 1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itter1-fremhvningsfarve1">
    <w:name w:val="Medium Grid 1 Accent 1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itter1-fremhvningsfarve2">
    <w:name w:val="Medium Grid 1 Accent 2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itter1-fremhvningsfarve3">
    <w:name w:val="Medium Grid 1 Accent 3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itter1-fremhvningsfarve4">
    <w:name w:val="Medium Grid 1 Accent 4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itter1-fremhvningsfarve5">
    <w:name w:val="Medium Grid 1 Accent 5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itter1-fremhvningsfarve6">
    <w:name w:val="Medium Grid 1 Accent 6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itter2">
    <w:name w:val="Medium Grid 2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1">
    <w:name w:val="Medium Grid 2 Accent 1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2">
    <w:name w:val="Medium Grid 2 Accent 2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3">
    <w:name w:val="Medium Grid 2 Accent 3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4">
    <w:name w:val="Medium Grid 2 Accent 4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5">
    <w:name w:val="Medium Grid 2 Accent 5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6">
    <w:name w:val="Medium Grid 2 Accent 6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3">
    <w:name w:val="Medium Grid 3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itter3-fremhvningsfarve1">
    <w:name w:val="Medium Grid 3 Accent 1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itter3-fremhvningsfarve2">
    <w:name w:val="Medium Grid 3 Accent 2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itter3-fremhvningsfarve3">
    <w:name w:val="Medium Grid 3 Accent 3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itter3-fremhvningsfarve4">
    <w:name w:val="Medium Grid 3 Accent 4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itter3-fremhvningsfarve5">
    <w:name w:val="Medium Grid 3 Accent 5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itter3-fremhvningsfarve6">
    <w:name w:val="Medium Grid 3 Accent 6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rkliste">
    <w:name w:val="Dark List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e-fremhvningsfarve1">
    <w:name w:val="Dark List Accent 1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Mrkliste-fremhvningsfarve2">
    <w:name w:val="Dark List Accent 2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Mrkliste-fremhvningsfarve3">
    <w:name w:val="Dark List Accent 3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Mrkliste-fremhvningsfarve4">
    <w:name w:val="Dark List Accent 4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Mrkliste-fremhvningsfarve5">
    <w:name w:val="Dark List Accent 5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Mrkliste-fremhvningsfarve6">
    <w:name w:val="Dark List Accent 6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vetskygge">
    <w:name w:val="Colorful Shading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1">
    <w:name w:val="Colorful Shading Accent 1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2">
    <w:name w:val="Colorful Shading Accent 2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3">
    <w:name w:val="Colorful Shading Accent 3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vetskygge-fremhvningsfarve4">
    <w:name w:val="Colorful Shading Accent 4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5">
    <w:name w:val="Colorful Shading Accent 5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6">
    <w:name w:val="Colorful Shading Accent 6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liste">
    <w:name w:val="Colorful List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vetliste-fremhvningsfarve1">
    <w:name w:val="Colorful List Accent 1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vetliste-fremhvningsfarve2">
    <w:name w:val="Colorful List Accent 2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vetliste-fremhvningsfarve3">
    <w:name w:val="Colorful List Accent 3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vetliste-fremhvningsfarve4">
    <w:name w:val="Colorful List Accent 4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vetliste-fremhvningsfarve5">
    <w:name w:val="Colorful List Accent 5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vetliste-fremhvningsfarve6">
    <w:name w:val="Colorful List Accent 6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vetgitter">
    <w:name w:val="Colorful Grid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vetgitter-fremhvningsfarve1">
    <w:name w:val="Colorful Grid Accent 1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vetgitter-fremhvningsfarve2">
    <w:name w:val="Colorful Grid Accent 2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vetgitter-fremhvningsfarve3">
    <w:name w:val="Colorful Grid Accent 3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vetgitter-fremhvningsfarve4">
    <w:name w:val="Colorful Grid Accent 4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vetgitter-fremhvningsfarve5">
    <w:name w:val="Colorful Grid Accent 5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vetgitter-fremhvningsfarve6">
    <w:name w:val="Colorful Grid Accent 6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63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874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63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039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818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49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18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396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08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24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82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26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008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45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491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30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329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22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53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5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6338997-214a-4f92-ba75-0397f10a84cc}" enabled="0" method="" siteId="{d6338997-214a-4f92-ba75-0397f10a84c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</Pages>
  <Words>531</Words>
  <Characters>3241</Characters>
  <Application>Microsoft Office Word</Application>
  <DocSecurity>0</DocSecurity>
  <Lines>27</Lines>
  <Paragraphs>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3765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Maren Lytje</cp:lastModifiedBy>
  <cp:revision>5</cp:revision>
  <dcterms:created xsi:type="dcterms:W3CDTF">2026-02-26T10:32:00Z</dcterms:created>
  <dcterms:modified xsi:type="dcterms:W3CDTF">2026-03-13T08:53:00Z</dcterms:modified>
  <cp:category/>
</cp:coreProperties>
</file>